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DD7" w:rsidRPr="005E0605" w:rsidRDefault="005E0605" w:rsidP="005E0605">
      <w:pPr>
        <w:spacing w:after="0"/>
        <w:jc w:val="center"/>
        <w:rPr>
          <w:rFonts w:cs="Times New Roman"/>
          <w:sz w:val="44"/>
          <w:szCs w:val="44"/>
        </w:rPr>
      </w:pPr>
      <w:r w:rsidRPr="005E0605">
        <w:rPr>
          <w:rFonts w:cs="Times New Roman"/>
          <w:b/>
          <w:sz w:val="44"/>
          <w:szCs w:val="44"/>
        </w:rPr>
        <w:t>AUNIATI UNIVERSITY</w:t>
      </w:r>
    </w:p>
    <w:p w:rsidR="00A65DD7" w:rsidRPr="005E0605" w:rsidRDefault="005E0605" w:rsidP="005E0605">
      <w:pPr>
        <w:spacing w:after="0"/>
        <w:jc w:val="center"/>
        <w:rPr>
          <w:rFonts w:cs="Times New Roman"/>
          <w:sz w:val="24"/>
          <w:szCs w:val="24"/>
        </w:rPr>
      </w:pPr>
      <w:proofErr w:type="spellStart"/>
      <w:r>
        <w:rPr>
          <w:rFonts w:cs="Times New Roman"/>
          <w:sz w:val="24"/>
          <w:szCs w:val="24"/>
        </w:rPr>
        <w:t>Kaliapani</w:t>
      </w:r>
      <w:proofErr w:type="spellEnd"/>
      <w:r>
        <w:rPr>
          <w:rFonts w:cs="Times New Roman"/>
          <w:sz w:val="24"/>
          <w:szCs w:val="24"/>
        </w:rPr>
        <w:t xml:space="preserve">, </w:t>
      </w:r>
      <w:proofErr w:type="spellStart"/>
      <w:r>
        <w:rPr>
          <w:rFonts w:cs="Times New Roman"/>
          <w:sz w:val="24"/>
          <w:szCs w:val="24"/>
        </w:rPr>
        <w:t>Teok</w:t>
      </w:r>
      <w:proofErr w:type="spellEnd"/>
      <w:r>
        <w:rPr>
          <w:rFonts w:cs="Times New Roman"/>
          <w:sz w:val="24"/>
          <w:szCs w:val="24"/>
        </w:rPr>
        <w:t>, Jorhat, Assam-</w:t>
      </w:r>
      <w:r w:rsidRPr="005E0605">
        <w:rPr>
          <w:rFonts w:cs="Times New Roman"/>
          <w:sz w:val="24"/>
          <w:szCs w:val="24"/>
        </w:rPr>
        <w:t>785112</w:t>
      </w:r>
    </w:p>
    <w:p w:rsidR="00A65DD7" w:rsidRPr="005E0605" w:rsidRDefault="005E0605" w:rsidP="005E0605">
      <w:pPr>
        <w:spacing w:after="0"/>
        <w:jc w:val="center"/>
        <w:rPr>
          <w:rFonts w:cs="Times New Roman"/>
          <w:sz w:val="24"/>
          <w:szCs w:val="24"/>
        </w:rPr>
      </w:pPr>
      <w:r w:rsidRPr="005E0605">
        <w:rPr>
          <w:rFonts w:cs="Times New Roman"/>
          <w:b/>
          <w:sz w:val="24"/>
          <w:szCs w:val="24"/>
        </w:rPr>
        <w:t>COURSE-WISE AND PAPER-WISE SYLLABUS PROGRESS REPORT</w:t>
      </w:r>
    </w:p>
    <w:p w:rsidR="00A65DD7" w:rsidRPr="005E0605" w:rsidRDefault="005E0605" w:rsidP="005E0605">
      <w:pPr>
        <w:spacing w:after="0"/>
        <w:jc w:val="center"/>
        <w:rPr>
          <w:rFonts w:cs="Times New Roman"/>
          <w:sz w:val="24"/>
          <w:szCs w:val="24"/>
        </w:rPr>
      </w:pPr>
      <w:r w:rsidRPr="005E0605">
        <w:rPr>
          <w:rFonts w:cs="Times New Roman"/>
          <w:b/>
          <w:sz w:val="24"/>
          <w:szCs w:val="24"/>
        </w:rPr>
        <w:t xml:space="preserve">Academic </w:t>
      </w:r>
      <w:proofErr w:type="gramStart"/>
      <w:r w:rsidRPr="005E0605">
        <w:rPr>
          <w:rFonts w:cs="Times New Roman"/>
          <w:b/>
          <w:sz w:val="24"/>
          <w:szCs w:val="24"/>
        </w:rPr>
        <w:t>Session</w:t>
      </w:r>
      <w:r>
        <w:rPr>
          <w:rFonts w:cs="Times New Roman"/>
          <w:b/>
          <w:sz w:val="24"/>
          <w:szCs w:val="24"/>
        </w:rPr>
        <w:t xml:space="preserve"> </w:t>
      </w:r>
      <w:r w:rsidRPr="005E0605">
        <w:rPr>
          <w:rFonts w:cs="Times New Roman"/>
          <w:b/>
          <w:sz w:val="24"/>
          <w:szCs w:val="24"/>
        </w:rPr>
        <w:t>:</w:t>
      </w:r>
      <w:proofErr w:type="gramEnd"/>
      <w:r w:rsidRPr="005E0605">
        <w:rPr>
          <w:rFonts w:cs="Times New Roman"/>
          <w:b/>
          <w:sz w:val="24"/>
          <w:szCs w:val="24"/>
        </w:rPr>
        <w:t xml:space="preserve"> 2026–2027   |   Semester</w:t>
      </w:r>
      <w:r>
        <w:rPr>
          <w:rFonts w:cs="Times New Roman"/>
          <w:b/>
          <w:sz w:val="24"/>
          <w:szCs w:val="24"/>
        </w:rPr>
        <w:t xml:space="preserve"> </w:t>
      </w:r>
      <w:r w:rsidRPr="005E0605">
        <w:rPr>
          <w:rFonts w:cs="Times New Roman"/>
          <w:b/>
          <w:sz w:val="24"/>
          <w:szCs w:val="24"/>
        </w:rPr>
        <w:t>: July–December 2026</w:t>
      </w:r>
    </w:p>
    <w:p w:rsidR="00A65DD7" w:rsidRPr="005E0605" w:rsidRDefault="005E0605" w:rsidP="005E0605">
      <w:pPr>
        <w:spacing w:after="0"/>
        <w:jc w:val="center"/>
        <w:rPr>
          <w:rFonts w:cs="Times New Roman"/>
          <w:sz w:val="24"/>
          <w:szCs w:val="24"/>
        </w:rPr>
      </w:pPr>
      <w:r w:rsidRPr="005E0605">
        <w:rPr>
          <w:rFonts w:cs="Times New Roman"/>
          <w:b/>
          <w:sz w:val="24"/>
          <w:szCs w:val="24"/>
        </w:rPr>
        <w:t>Progress Reporting Cut-</w:t>
      </w:r>
      <w:proofErr w:type="gramStart"/>
      <w:r w:rsidRPr="005E0605">
        <w:rPr>
          <w:rFonts w:cs="Times New Roman"/>
          <w:b/>
          <w:sz w:val="24"/>
          <w:szCs w:val="24"/>
        </w:rPr>
        <w:t>off</w:t>
      </w:r>
      <w:r>
        <w:rPr>
          <w:rFonts w:cs="Times New Roman"/>
          <w:b/>
          <w:sz w:val="24"/>
          <w:szCs w:val="24"/>
        </w:rPr>
        <w:t xml:space="preserve"> </w:t>
      </w:r>
      <w:r w:rsidRPr="005E0605">
        <w:rPr>
          <w:rFonts w:cs="Times New Roman"/>
          <w:b/>
          <w:sz w:val="24"/>
          <w:szCs w:val="24"/>
        </w:rPr>
        <w:t>:</w:t>
      </w:r>
      <w:proofErr w:type="gramEnd"/>
      <w:r w:rsidRPr="005E0605">
        <w:rPr>
          <w:rFonts w:cs="Times New Roman"/>
          <w:b/>
          <w:sz w:val="24"/>
          <w:szCs w:val="24"/>
        </w:rPr>
        <w:t xml:space="preserve"> 30</w:t>
      </w:r>
      <w:r w:rsidRPr="005E0605">
        <w:rPr>
          <w:rFonts w:cs="Times New Roman"/>
          <w:b/>
          <w:sz w:val="24"/>
          <w:szCs w:val="24"/>
          <w:vertAlign w:val="superscript"/>
        </w:rPr>
        <w:t>th</w:t>
      </w:r>
      <w:r>
        <w:rPr>
          <w:rFonts w:cs="Times New Roman"/>
          <w:b/>
          <w:sz w:val="24"/>
          <w:szCs w:val="24"/>
        </w:rPr>
        <w:t xml:space="preserve"> </w:t>
      </w:r>
      <w:r w:rsidRPr="005E0605">
        <w:rPr>
          <w:rFonts w:cs="Times New Roman"/>
          <w:b/>
          <w:sz w:val="24"/>
          <w:szCs w:val="24"/>
        </w:rPr>
        <w:t>September 2026   |   Submission Deadline</w:t>
      </w:r>
      <w:r>
        <w:rPr>
          <w:rFonts w:cs="Times New Roman"/>
          <w:b/>
          <w:sz w:val="24"/>
          <w:szCs w:val="24"/>
        </w:rPr>
        <w:t xml:space="preserve"> </w:t>
      </w:r>
      <w:r w:rsidRPr="005E0605">
        <w:rPr>
          <w:rFonts w:cs="Times New Roman"/>
          <w:b/>
          <w:sz w:val="24"/>
          <w:szCs w:val="24"/>
        </w:rPr>
        <w:t>: 25</w:t>
      </w:r>
      <w:r w:rsidRPr="005E0605">
        <w:rPr>
          <w:rFonts w:cs="Times New Roman"/>
          <w:b/>
          <w:sz w:val="24"/>
          <w:szCs w:val="24"/>
          <w:vertAlign w:val="superscript"/>
        </w:rPr>
        <w:t>th</w:t>
      </w:r>
      <w:r>
        <w:rPr>
          <w:rFonts w:cs="Times New Roman"/>
          <w:b/>
          <w:sz w:val="24"/>
          <w:szCs w:val="24"/>
        </w:rPr>
        <w:t xml:space="preserve"> </w:t>
      </w:r>
      <w:r w:rsidRPr="005E0605">
        <w:rPr>
          <w:rFonts w:cs="Times New Roman"/>
          <w:b/>
          <w:sz w:val="24"/>
          <w:szCs w:val="24"/>
        </w:rPr>
        <w:t>October 2026</w:t>
      </w:r>
    </w:p>
    <w:p w:rsidR="005E0605" w:rsidRDefault="005E0605" w:rsidP="005E0605">
      <w:pPr>
        <w:spacing w:after="0"/>
        <w:rPr>
          <w:rFonts w:cs="Times New Roman"/>
          <w:sz w:val="24"/>
          <w:szCs w:val="24"/>
        </w:rPr>
      </w:pPr>
    </w:p>
    <w:p w:rsidR="00A65DD7" w:rsidRPr="005E0605" w:rsidRDefault="005E0605" w:rsidP="005E0605">
      <w:pPr>
        <w:spacing w:after="0"/>
        <w:rPr>
          <w:rFonts w:cs="Times New Roman"/>
          <w:i/>
          <w:iCs/>
          <w:sz w:val="24"/>
          <w:szCs w:val="24"/>
        </w:rPr>
      </w:pPr>
      <w:r w:rsidRPr="005E0605">
        <w:rPr>
          <w:rFonts w:cs="Times New Roman"/>
          <w:i/>
          <w:iCs/>
          <w:sz w:val="24"/>
          <w:szCs w:val="24"/>
        </w:rPr>
        <w:t>Prepare a separate report for each course/paper. Record actual progress only up to and including 30</w:t>
      </w:r>
      <w:r w:rsidRPr="005E0605">
        <w:rPr>
          <w:rFonts w:cs="Times New Roman"/>
          <w:i/>
          <w:iCs/>
          <w:sz w:val="24"/>
          <w:szCs w:val="24"/>
          <w:vertAlign w:val="superscript"/>
        </w:rPr>
        <w:t>th</w:t>
      </w:r>
      <w:r w:rsidRPr="005E0605">
        <w:rPr>
          <w:rFonts w:cs="Times New Roman"/>
          <w:i/>
          <w:iCs/>
          <w:sz w:val="24"/>
          <w:szCs w:val="24"/>
        </w:rPr>
        <w:t xml:space="preserve"> September 2026; record subsequent proposed classes separately. Use continuation sheets where more entries are required and mark unused entries as N/A.</w:t>
      </w:r>
    </w:p>
    <w:p w:rsidR="005E0605" w:rsidRPr="005E0605" w:rsidRDefault="005E0605" w:rsidP="005E0605">
      <w:pPr>
        <w:spacing w:after="0"/>
        <w:rPr>
          <w:rFonts w:cs="Times New Roman"/>
          <w:sz w:val="24"/>
          <w:szCs w:val="24"/>
        </w:rPr>
      </w:pPr>
    </w:p>
    <w:p w:rsidR="00A65DD7" w:rsidRPr="005E0605" w:rsidRDefault="005E0605" w:rsidP="005E0605">
      <w:pPr>
        <w:pStyle w:val="Heading1"/>
        <w:spacing w:before="0"/>
        <w:rPr>
          <w:rFonts w:ascii="Times New Roman" w:hAnsi="Times New Roman" w:cs="Times New Roman"/>
          <w:szCs w:val="24"/>
        </w:rPr>
      </w:pPr>
      <w:r w:rsidRPr="005E0605">
        <w:rPr>
          <w:rFonts w:ascii="Times New Roman" w:hAnsi="Times New Roman" w:cs="Times New Roman"/>
          <w:szCs w:val="24"/>
        </w:rPr>
        <w:t>1. PARTICULARS OF THE FACULTY MEMBER AND COURSE/PAPER</w:t>
      </w:r>
    </w:p>
    <w:tbl>
      <w:tblPr>
        <w:tblStyle w:val="TableGrid"/>
        <w:tblW w:w="0" w:type="auto"/>
        <w:tblLayout w:type="fixed"/>
        <w:tblLook w:val="04A0" w:firstRow="1" w:lastRow="0" w:firstColumn="1" w:lastColumn="0" w:noHBand="0" w:noVBand="1"/>
      </w:tblPr>
      <w:tblGrid>
        <w:gridCol w:w="794"/>
        <w:gridCol w:w="6690"/>
        <w:gridCol w:w="7767"/>
      </w:tblGrid>
      <w:tr w:rsidR="00A65DD7" w:rsidRPr="005E0605" w:rsidTr="005E0605">
        <w:tc>
          <w:tcPr>
            <w:tcW w:w="794" w:type="dxa"/>
          </w:tcPr>
          <w:p w:rsidR="00A65DD7" w:rsidRPr="005E0605" w:rsidRDefault="005E0605" w:rsidP="005E0605">
            <w:pPr>
              <w:spacing w:after="0"/>
              <w:rPr>
                <w:rFonts w:cs="Times New Roman"/>
                <w:sz w:val="24"/>
                <w:szCs w:val="24"/>
              </w:rPr>
            </w:pPr>
            <w:r w:rsidRPr="005E0605">
              <w:rPr>
                <w:rFonts w:cs="Times New Roman"/>
                <w:b/>
                <w:sz w:val="24"/>
                <w:szCs w:val="24"/>
              </w:rPr>
              <w:t>Sl. No.</w:t>
            </w:r>
          </w:p>
        </w:tc>
        <w:tc>
          <w:tcPr>
            <w:tcW w:w="6690" w:type="dxa"/>
          </w:tcPr>
          <w:p w:rsidR="00A65DD7" w:rsidRPr="005E0605" w:rsidRDefault="005E0605" w:rsidP="005E0605">
            <w:pPr>
              <w:spacing w:after="0"/>
              <w:rPr>
                <w:rFonts w:cs="Times New Roman"/>
                <w:sz w:val="24"/>
                <w:szCs w:val="24"/>
              </w:rPr>
            </w:pPr>
            <w:r w:rsidRPr="005E0605">
              <w:rPr>
                <w:rFonts w:cs="Times New Roman"/>
                <w:b/>
                <w:sz w:val="24"/>
                <w:szCs w:val="24"/>
              </w:rPr>
              <w:t>Particulars</w:t>
            </w:r>
          </w:p>
        </w:tc>
        <w:tc>
          <w:tcPr>
            <w:tcW w:w="7767" w:type="dxa"/>
          </w:tcPr>
          <w:p w:rsidR="00A65DD7" w:rsidRPr="005E0605" w:rsidRDefault="005E0605" w:rsidP="005E0605">
            <w:pPr>
              <w:spacing w:after="0"/>
              <w:rPr>
                <w:rFonts w:cs="Times New Roman"/>
                <w:sz w:val="24"/>
                <w:szCs w:val="24"/>
              </w:rPr>
            </w:pPr>
            <w:r w:rsidRPr="005E0605">
              <w:rPr>
                <w:rFonts w:cs="Times New Roman"/>
                <w:b/>
                <w:sz w:val="24"/>
                <w:szCs w:val="24"/>
              </w:rPr>
              <w:t>Details</w:t>
            </w: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Name of the faculty member</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2</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Designation</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3</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Department</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4</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Campus</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5</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Programme category</w:t>
            </w:r>
          </w:p>
        </w:tc>
        <w:tc>
          <w:tcPr>
            <w:tcW w:w="7767" w:type="dxa"/>
          </w:tcPr>
          <w:p w:rsidR="00A65DD7" w:rsidRPr="005E0605" w:rsidRDefault="005E0605" w:rsidP="005E0605">
            <w:pPr>
              <w:spacing w:after="0"/>
              <w:rPr>
                <w:rFonts w:cs="Times New Roman"/>
                <w:sz w:val="24"/>
                <w:szCs w:val="24"/>
              </w:rPr>
            </w:pPr>
            <w:r w:rsidRPr="005E0605">
              <w:rPr>
                <w:rFonts w:cs="Times New Roman"/>
                <w:sz w:val="24"/>
                <w:szCs w:val="24"/>
              </w:rPr>
              <w:t>Certificate / Diploma / Undergraduate / Postgraduate</w:t>
            </w: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6</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Name of the programme</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7</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Semester</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8</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Course title</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9</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Course code</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10</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Paper title</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11</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Paper code</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12</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Course/Paper credits</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13</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Component assigned</w:t>
            </w:r>
          </w:p>
        </w:tc>
        <w:tc>
          <w:tcPr>
            <w:tcW w:w="7767" w:type="dxa"/>
          </w:tcPr>
          <w:p w:rsidR="00A65DD7" w:rsidRPr="005E0605" w:rsidRDefault="005E0605" w:rsidP="005E0605">
            <w:pPr>
              <w:spacing w:after="0"/>
              <w:rPr>
                <w:rFonts w:cs="Times New Roman"/>
                <w:sz w:val="24"/>
                <w:szCs w:val="24"/>
              </w:rPr>
            </w:pPr>
            <w:r w:rsidRPr="005E0605">
              <w:rPr>
                <w:rFonts w:cs="Times New Roman"/>
                <w:sz w:val="24"/>
                <w:szCs w:val="24"/>
              </w:rPr>
              <w:t>Theory / Practical / Tutorial / Fieldwork / Other</w:t>
            </w: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14</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Date of commencement of teaching</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15</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Number of students enrolled</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16</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Classes allotted per week</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17</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Duration of each class in minutes</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18</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Total prescribed teaching hours</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19</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Units/topics assigned to the reporting faculty member</w:t>
            </w:r>
          </w:p>
        </w:tc>
        <w:tc>
          <w:tcPr>
            <w:tcW w:w="7767" w:type="dxa"/>
          </w:tcPr>
          <w:p w:rsidR="00A65DD7" w:rsidRPr="005E0605" w:rsidRDefault="00A65DD7" w:rsidP="005E0605">
            <w:pPr>
              <w:spacing w:after="0"/>
              <w:rPr>
                <w:rFonts w:cs="Times New Roman"/>
                <w:sz w:val="24"/>
                <w:szCs w:val="24"/>
              </w:rPr>
            </w:pPr>
          </w:p>
        </w:tc>
      </w:tr>
      <w:tr w:rsidR="00A65DD7" w:rsidRPr="005E0605" w:rsidTr="005E0605">
        <w:trPr>
          <w:trHeight w:val="272"/>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20</w:t>
            </w:r>
          </w:p>
        </w:tc>
        <w:tc>
          <w:tcPr>
            <w:tcW w:w="6690" w:type="dxa"/>
          </w:tcPr>
          <w:p w:rsidR="00A65DD7" w:rsidRPr="005E0605" w:rsidRDefault="005E0605" w:rsidP="005E0605">
            <w:pPr>
              <w:spacing w:after="0"/>
              <w:rPr>
                <w:rFonts w:cs="Times New Roman"/>
                <w:sz w:val="24"/>
                <w:szCs w:val="24"/>
              </w:rPr>
            </w:pPr>
            <w:r w:rsidRPr="005E0605">
              <w:rPr>
                <w:rFonts w:cs="Times New Roman"/>
                <w:sz w:val="24"/>
                <w:szCs w:val="24"/>
              </w:rPr>
              <w:t>Name(s) of other faculty sharing the course/paper, if applicable</w:t>
            </w:r>
          </w:p>
        </w:tc>
        <w:tc>
          <w:tcPr>
            <w:tcW w:w="7767" w:type="dxa"/>
          </w:tcPr>
          <w:p w:rsidR="00A65DD7" w:rsidRPr="005E0605" w:rsidRDefault="00A65DD7" w:rsidP="005E0605">
            <w:pPr>
              <w:spacing w:after="0"/>
              <w:rPr>
                <w:rFonts w:cs="Times New Roman"/>
                <w:sz w:val="24"/>
                <w:szCs w:val="24"/>
              </w:rPr>
            </w:pPr>
          </w:p>
        </w:tc>
      </w:tr>
    </w:tbl>
    <w:p w:rsidR="00A65DD7" w:rsidRPr="005E0605" w:rsidRDefault="005E0605" w:rsidP="005E0605">
      <w:pPr>
        <w:spacing w:after="0"/>
        <w:rPr>
          <w:rFonts w:cs="Times New Roman"/>
          <w:sz w:val="24"/>
          <w:szCs w:val="24"/>
        </w:rPr>
      </w:pPr>
      <w:r w:rsidRPr="005E0605">
        <w:rPr>
          <w:rFonts w:cs="Times New Roman"/>
          <w:sz w:val="24"/>
          <w:szCs w:val="24"/>
        </w:rPr>
        <w:br w:type="page"/>
      </w:r>
    </w:p>
    <w:p w:rsidR="00A65DD7" w:rsidRPr="005E0605" w:rsidRDefault="005E0605" w:rsidP="005E0605">
      <w:pPr>
        <w:spacing w:after="0"/>
        <w:rPr>
          <w:rFonts w:cs="Times New Roman"/>
          <w:sz w:val="24"/>
          <w:szCs w:val="24"/>
        </w:rPr>
      </w:pPr>
      <w:r w:rsidRPr="005E0605">
        <w:rPr>
          <w:rFonts w:cs="Times New Roman"/>
          <w:b/>
          <w:sz w:val="24"/>
          <w:szCs w:val="24"/>
        </w:rPr>
        <w:lastRenderedPageBreak/>
        <w:t>AUNIATI UNIVERSITY | COURSE-WISE AND PAPER-WISE SYLLABUS PROGRESS REPORT</w:t>
      </w:r>
    </w:p>
    <w:p w:rsidR="00A65DD7" w:rsidRPr="005E0605" w:rsidRDefault="005E0605" w:rsidP="005E0605">
      <w:pPr>
        <w:spacing w:after="0"/>
        <w:rPr>
          <w:rFonts w:cs="Times New Roman"/>
          <w:sz w:val="24"/>
          <w:szCs w:val="24"/>
        </w:rPr>
      </w:pPr>
      <w:proofErr w:type="gramStart"/>
      <w:r w:rsidRPr="005E0605">
        <w:rPr>
          <w:rFonts w:cs="Times New Roman"/>
          <w:sz w:val="24"/>
          <w:szCs w:val="24"/>
        </w:rPr>
        <w:t>Faculty</w:t>
      </w:r>
      <w:r>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   Department</w:t>
      </w:r>
      <w:r>
        <w:rPr>
          <w:rFonts w:cs="Times New Roman"/>
          <w:sz w:val="24"/>
          <w:szCs w:val="24"/>
        </w:rPr>
        <w:t xml:space="preserve"> </w:t>
      </w:r>
      <w:r w:rsidRPr="005E0605">
        <w:rPr>
          <w:rFonts w:cs="Times New Roman"/>
          <w:sz w:val="24"/>
          <w:szCs w:val="24"/>
        </w:rPr>
        <w:t>: ____________________   Course/Paper Code</w:t>
      </w:r>
      <w:r>
        <w:rPr>
          <w:rFonts w:cs="Times New Roman"/>
          <w:sz w:val="24"/>
          <w:szCs w:val="24"/>
        </w:rPr>
        <w:t xml:space="preserve"> </w:t>
      </w:r>
      <w:r w:rsidRPr="005E0605">
        <w:rPr>
          <w:rFonts w:cs="Times New Roman"/>
          <w:sz w:val="24"/>
          <w:szCs w:val="24"/>
        </w:rPr>
        <w:t>: ______________</w:t>
      </w:r>
    </w:p>
    <w:p w:rsidR="00A65DD7" w:rsidRPr="005E0605" w:rsidRDefault="005E0605" w:rsidP="005E0605">
      <w:pPr>
        <w:spacing w:after="0"/>
        <w:rPr>
          <w:rFonts w:cs="Times New Roman"/>
          <w:sz w:val="24"/>
          <w:szCs w:val="24"/>
        </w:rPr>
      </w:pPr>
      <w:proofErr w:type="gramStart"/>
      <w:r w:rsidRPr="005E0605">
        <w:rPr>
          <w:rFonts w:cs="Times New Roman"/>
          <w:sz w:val="24"/>
          <w:szCs w:val="24"/>
        </w:rPr>
        <w:t>Session</w:t>
      </w:r>
      <w:r>
        <w:rPr>
          <w:rFonts w:cs="Times New Roman"/>
          <w:sz w:val="24"/>
          <w:szCs w:val="24"/>
        </w:rPr>
        <w:t xml:space="preserve"> :</w:t>
      </w:r>
      <w:proofErr w:type="gramEnd"/>
      <w:r>
        <w:rPr>
          <w:rFonts w:cs="Times New Roman"/>
          <w:sz w:val="24"/>
          <w:szCs w:val="24"/>
        </w:rPr>
        <w:t xml:space="preserve"> 2026–2027 | Semester: July-</w:t>
      </w:r>
      <w:r w:rsidRPr="005E0605">
        <w:rPr>
          <w:rFonts w:cs="Times New Roman"/>
          <w:sz w:val="24"/>
          <w:szCs w:val="24"/>
        </w:rPr>
        <w:t>December 2026 | Progress up to</w:t>
      </w:r>
      <w:r>
        <w:rPr>
          <w:rFonts w:cs="Times New Roman"/>
          <w:sz w:val="24"/>
          <w:szCs w:val="24"/>
        </w:rPr>
        <w:t xml:space="preserve"> </w:t>
      </w:r>
      <w:r w:rsidRPr="005E0605">
        <w:rPr>
          <w:rFonts w:cs="Times New Roman"/>
          <w:sz w:val="24"/>
          <w:szCs w:val="24"/>
        </w:rPr>
        <w:t>: 30</w:t>
      </w:r>
      <w:r w:rsidRPr="005E0605">
        <w:rPr>
          <w:rFonts w:cs="Times New Roman"/>
          <w:sz w:val="24"/>
          <w:szCs w:val="24"/>
          <w:vertAlign w:val="superscript"/>
        </w:rPr>
        <w:t>th</w:t>
      </w:r>
      <w:r>
        <w:rPr>
          <w:rFonts w:cs="Times New Roman"/>
          <w:sz w:val="24"/>
          <w:szCs w:val="24"/>
        </w:rPr>
        <w:t xml:space="preserve"> </w:t>
      </w:r>
      <w:r w:rsidRPr="005E0605">
        <w:rPr>
          <w:rFonts w:cs="Times New Roman"/>
          <w:sz w:val="24"/>
          <w:szCs w:val="24"/>
        </w:rPr>
        <w:t>September 2026</w:t>
      </w:r>
    </w:p>
    <w:p w:rsidR="00A65DD7" w:rsidRPr="005E0605" w:rsidRDefault="005E0605" w:rsidP="005E0605">
      <w:pPr>
        <w:pStyle w:val="Heading1"/>
        <w:spacing w:before="0"/>
        <w:rPr>
          <w:rFonts w:ascii="Times New Roman" w:hAnsi="Times New Roman" w:cs="Times New Roman"/>
          <w:szCs w:val="24"/>
        </w:rPr>
      </w:pPr>
      <w:r w:rsidRPr="005E0605">
        <w:rPr>
          <w:rFonts w:ascii="Times New Roman" w:hAnsi="Times New Roman" w:cs="Times New Roman"/>
          <w:szCs w:val="24"/>
        </w:rPr>
        <w:t>2. CLASSES ALLOTTED IN THE APPROVED ROUTINE</w:t>
      </w:r>
    </w:p>
    <w:tbl>
      <w:tblPr>
        <w:tblStyle w:val="TableGrid"/>
        <w:tblW w:w="0" w:type="auto"/>
        <w:tblLayout w:type="fixed"/>
        <w:tblLook w:val="04A0" w:firstRow="1" w:lastRow="0" w:firstColumn="1" w:lastColumn="0" w:noHBand="0" w:noVBand="1"/>
      </w:tblPr>
      <w:tblGrid>
        <w:gridCol w:w="794"/>
        <w:gridCol w:w="2098"/>
        <w:gridCol w:w="2268"/>
        <w:gridCol w:w="2268"/>
        <w:gridCol w:w="2268"/>
        <w:gridCol w:w="2721"/>
        <w:gridCol w:w="2835"/>
      </w:tblGrid>
      <w:tr w:rsidR="00A65DD7" w:rsidRPr="005E0605" w:rsidTr="005E0605">
        <w:tc>
          <w:tcPr>
            <w:tcW w:w="794" w:type="dxa"/>
          </w:tcPr>
          <w:p w:rsidR="00A65DD7" w:rsidRPr="005E0605" w:rsidRDefault="005E0605" w:rsidP="005E0605">
            <w:pPr>
              <w:spacing w:after="0"/>
              <w:rPr>
                <w:rFonts w:cs="Times New Roman"/>
                <w:bCs/>
                <w:sz w:val="24"/>
                <w:szCs w:val="24"/>
              </w:rPr>
            </w:pPr>
            <w:r w:rsidRPr="005E0605">
              <w:rPr>
                <w:rFonts w:cs="Times New Roman"/>
                <w:bCs/>
                <w:sz w:val="24"/>
                <w:szCs w:val="24"/>
              </w:rPr>
              <w:t>Sl. No.</w:t>
            </w:r>
          </w:p>
        </w:tc>
        <w:tc>
          <w:tcPr>
            <w:tcW w:w="2098" w:type="dxa"/>
          </w:tcPr>
          <w:p w:rsidR="00A65DD7" w:rsidRPr="005E0605" w:rsidRDefault="005E0605" w:rsidP="005E0605">
            <w:pPr>
              <w:spacing w:after="0"/>
              <w:rPr>
                <w:rFonts w:cs="Times New Roman"/>
                <w:bCs/>
                <w:sz w:val="24"/>
                <w:szCs w:val="24"/>
              </w:rPr>
            </w:pPr>
            <w:r w:rsidRPr="005E0605">
              <w:rPr>
                <w:rFonts w:cs="Times New Roman"/>
                <w:bCs/>
                <w:sz w:val="24"/>
                <w:szCs w:val="24"/>
              </w:rPr>
              <w:t>Day</w:t>
            </w:r>
          </w:p>
        </w:tc>
        <w:tc>
          <w:tcPr>
            <w:tcW w:w="2268" w:type="dxa"/>
          </w:tcPr>
          <w:p w:rsidR="00A65DD7" w:rsidRPr="005E0605" w:rsidRDefault="005E0605" w:rsidP="005E0605">
            <w:pPr>
              <w:spacing w:after="0"/>
              <w:rPr>
                <w:rFonts w:cs="Times New Roman"/>
                <w:bCs/>
                <w:sz w:val="24"/>
                <w:szCs w:val="24"/>
              </w:rPr>
            </w:pPr>
            <w:r w:rsidRPr="005E0605">
              <w:rPr>
                <w:rFonts w:cs="Times New Roman"/>
                <w:bCs/>
                <w:sz w:val="24"/>
                <w:szCs w:val="24"/>
              </w:rPr>
              <w:t>Starting Time</w:t>
            </w:r>
          </w:p>
        </w:tc>
        <w:tc>
          <w:tcPr>
            <w:tcW w:w="2268" w:type="dxa"/>
          </w:tcPr>
          <w:p w:rsidR="00A65DD7" w:rsidRPr="005E0605" w:rsidRDefault="005E0605" w:rsidP="005E0605">
            <w:pPr>
              <w:spacing w:after="0"/>
              <w:rPr>
                <w:rFonts w:cs="Times New Roman"/>
                <w:bCs/>
                <w:sz w:val="24"/>
                <w:szCs w:val="24"/>
              </w:rPr>
            </w:pPr>
            <w:r w:rsidRPr="005E0605">
              <w:rPr>
                <w:rFonts w:cs="Times New Roman"/>
                <w:bCs/>
                <w:sz w:val="24"/>
                <w:szCs w:val="24"/>
              </w:rPr>
              <w:t>Ending Time</w:t>
            </w:r>
          </w:p>
        </w:tc>
        <w:tc>
          <w:tcPr>
            <w:tcW w:w="2268" w:type="dxa"/>
          </w:tcPr>
          <w:p w:rsidR="00A65DD7" w:rsidRPr="005E0605" w:rsidRDefault="005E0605" w:rsidP="005E0605">
            <w:pPr>
              <w:spacing w:after="0"/>
              <w:rPr>
                <w:rFonts w:cs="Times New Roman"/>
                <w:bCs/>
                <w:sz w:val="24"/>
                <w:szCs w:val="24"/>
              </w:rPr>
            </w:pPr>
            <w:r w:rsidRPr="005E0605">
              <w:rPr>
                <w:rFonts w:cs="Times New Roman"/>
                <w:bCs/>
                <w:sz w:val="24"/>
                <w:szCs w:val="24"/>
              </w:rPr>
              <w:t>Duration in Minutes</w:t>
            </w:r>
          </w:p>
        </w:tc>
        <w:tc>
          <w:tcPr>
            <w:tcW w:w="2721" w:type="dxa"/>
          </w:tcPr>
          <w:p w:rsidR="00A65DD7" w:rsidRPr="005E0605" w:rsidRDefault="005E0605" w:rsidP="005E0605">
            <w:pPr>
              <w:spacing w:after="0"/>
              <w:rPr>
                <w:rFonts w:cs="Times New Roman"/>
                <w:bCs/>
                <w:sz w:val="24"/>
                <w:szCs w:val="24"/>
              </w:rPr>
            </w:pPr>
            <w:r w:rsidRPr="005E0605">
              <w:rPr>
                <w:rFonts w:cs="Times New Roman"/>
                <w:bCs/>
                <w:sz w:val="24"/>
                <w:szCs w:val="24"/>
              </w:rPr>
              <w:t>Class Type</w:t>
            </w:r>
          </w:p>
        </w:tc>
        <w:tc>
          <w:tcPr>
            <w:tcW w:w="2835" w:type="dxa"/>
          </w:tcPr>
          <w:p w:rsidR="00A65DD7" w:rsidRPr="005E0605" w:rsidRDefault="005E0605" w:rsidP="005E0605">
            <w:pPr>
              <w:spacing w:after="0"/>
              <w:rPr>
                <w:rFonts w:cs="Times New Roman"/>
                <w:bCs/>
                <w:sz w:val="24"/>
                <w:szCs w:val="24"/>
              </w:rPr>
            </w:pPr>
            <w:r w:rsidRPr="005E0605">
              <w:rPr>
                <w:rFonts w:cs="Times New Roman"/>
                <w:bCs/>
                <w:sz w:val="24"/>
                <w:szCs w:val="24"/>
              </w:rPr>
              <w:t>Room/Venue</w:t>
            </w:r>
          </w:p>
        </w:tc>
      </w:tr>
      <w:tr w:rsidR="00A65DD7" w:rsidRPr="005E0605" w:rsidTr="005E0605">
        <w:trPr>
          <w:trHeight w:val="567"/>
        </w:trPr>
        <w:tc>
          <w:tcPr>
            <w:tcW w:w="794" w:type="dxa"/>
          </w:tcPr>
          <w:p w:rsidR="00A65DD7" w:rsidRPr="005E0605" w:rsidRDefault="005E0605" w:rsidP="005E0605">
            <w:pPr>
              <w:spacing w:after="0"/>
              <w:rPr>
                <w:rFonts w:cs="Times New Roman"/>
                <w:bCs/>
                <w:sz w:val="24"/>
                <w:szCs w:val="24"/>
              </w:rPr>
            </w:pPr>
            <w:r w:rsidRPr="005E0605">
              <w:rPr>
                <w:rFonts w:cs="Times New Roman"/>
                <w:bCs/>
                <w:sz w:val="24"/>
                <w:szCs w:val="24"/>
              </w:rPr>
              <w:t>1</w:t>
            </w:r>
          </w:p>
        </w:tc>
        <w:tc>
          <w:tcPr>
            <w:tcW w:w="209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721" w:type="dxa"/>
          </w:tcPr>
          <w:p w:rsidR="00A65DD7" w:rsidRPr="005E0605" w:rsidRDefault="00A65DD7" w:rsidP="005E0605">
            <w:pPr>
              <w:spacing w:after="0"/>
              <w:rPr>
                <w:rFonts w:cs="Times New Roman"/>
                <w:bCs/>
                <w:sz w:val="24"/>
                <w:szCs w:val="24"/>
              </w:rPr>
            </w:pPr>
          </w:p>
        </w:tc>
        <w:tc>
          <w:tcPr>
            <w:tcW w:w="2835"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794" w:type="dxa"/>
          </w:tcPr>
          <w:p w:rsidR="00A65DD7" w:rsidRPr="005E0605" w:rsidRDefault="005E0605" w:rsidP="005E0605">
            <w:pPr>
              <w:spacing w:after="0"/>
              <w:rPr>
                <w:rFonts w:cs="Times New Roman"/>
                <w:bCs/>
                <w:sz w:val="24"/>
                <w:szCs w:val="24"/>
              </w:rPr>
            </w:pPr>
            <w:r w:rsidRPr="005E0605">
              <w:rPr>
                <w:rFonts w:cs="Times New Roman"/>
                <w:bCs/>
                <w:sz w:val="24"/>
                <w:szCs w:val="24"/>
              </w:rPr>
              <w:t>2</w:t>
            </w:r>
          </w:p>
        </w:tc>
        <w:tc>
          <w:tcPr>
            <w:tcW w:w="209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721" w:type="dxa"/>
          </w:tcPr>
          <w:p w:rsidR="00A65DD7" w:rsidRPr="005E0605" w:rsidRDefault="00A65DD7" w:rsidP="005E0605">
            <w:pPr>
              <w:spacing w:after="0"/>
              <w:rPr>
                <w:rFonts w:cs="Times New Roman"/>
                <w:bCs/>
                <w:sz w:val="24"/>
                <w:szCs w:val="24"/>
              </w:rPr>
            </w:pPr>
          </w:p>
        </w:tc>
        <w:tc>
          <w:tcPr>
            <w:tcW w:w="2835"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794" w:type="dxa"/>
          </w:tcPr>
          <w:p w:rsidR="00A65DD7" w:rsidRPr="005E0605" w:rsidRDefault="005E0605" w:rsidP="005E0605">
            <w:pPr>
              <w:spacing w:after="0"/>
              <w:rPr>
                <w:rFonts w:cs="Times New Roman"/>
                <w:bCs/>
                <w:sz w:val="24"/>
                <w:szCs w:val="24"/>
              </w:rPr>
            </w:pPr>
            <w:r w:rsidRPr="005E0605">
              <w:rPr>
                <w:rFonts w:cs="Times New Roman"/>
                <w:bCs/>
                <w:sz w:val="24"/>
                <w:szCs w:val="24"/>
              </w:rPr>
              <w:t>3</w:t>
            </w:r>
          </w:p>
        </w:tc>
        <w:tc>
          <w:tcPr>
            <w:tcW w:w="209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721" w:type="dxa"/>
          </w:tcPr>
          <w:p w:rsidR="00A65DD7" w:rsidRPr="005E0605" w:rsidRDefault="00A65DD7" w:rsidP="005E0605">
            <w:pPr>
              <w:spacing w:after="0"/>
              <w:rPr>
                <w:rFonts w:cs="Times New Roman"/>
                <w:bCs/>
                <w:sz w:val="24"/>
                <w:szCs w:val="24"/>
              </w:rPr>
            </w:pPr>
          </w:p>
        </w:tc>
        <w:tc>
          <w:tcPr>
            <w:tcW w:w="2835"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794" w:type="dxa"/>
          </w:tcPr>
          <w:p w:rsidR="00A65DD7" w:rsidRPr="005E0605" w:rsidRDefault="005E0605" w:rsidP="005E0605">
            <w:pPr>
              <w:spacing w:after="0"/>
              <w:rPr>
                <w:rFonts w:cs="Times New Roman"/>
                <w:bCs/>
                <w:sz w:val="24"/>
                <w:szCs w:val="24"/>
              </w:rPr>
            </w:pPr>
            <w:r w:rsidRPr="005E0605">
              <w:rPr>
                <w:rFonts w:cs="Times New Roman"/>
                <w:bCs/>
                <w:sz w:val="24"/>
                <w:szCs w:val="24"/>
              </w:rPr>
              <w:t>4</w:t>
            </w:r>
          </w:p>
        </w:tc>
        <w:tc>
          <w:tcPr>
            <w:tcW w:w="209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721" w:type="dxa"/>
          </w:tcPr>
          <w:p w:rsidR="00A65DD7" w:rsidRPr="005E0605" w:rsidRDefault="00A65DD7" w:rsidP="005E0605">
            <w:pPr>
              <w:spacing w:after="0"/>
              <w:rPr>
                <w:rFonts w:cs="Times New Roman"/>
                <w:bCs/>
                <w:sz w:val="24"/>
                <w:szCs w:val="24"/>
              </w:rPr>
            </w:pPr>
          </w:p>
        </w:tc>
        <w:tc>
          <w:tcPr>
            <w:tcW w:w="2835"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794" w:type="dxa"/>
          </w:tcPr>
          <w:p w:rsidR="00A65DD7" w:rsidRPr="005E0605" w:rsidRDefault="005E0605" w:rsidP="005E0605">
            <w:pPr>
              <w:spacing w:after="0"/>
              <w:rPr>
                <w:rFonts w:cs="Times New Roman"/>
                <w:bCs/>
                <w:sz w:val="24"/>
                <w:szCs w:val="24"/>
              </w:rPr>
            </w:pPr>
            <w:r w:rsidRPr="005E0605">
              <w:rPr>
                <w:rFonts w:cs="Times New Roman"/>
                <w:bCs/>
                <w:sz w:val="24"/>
                <w:szCs w:val="24"/>
              </w:rPr>
              <w:t>5</w:t>
            </w:r>
          </w:p>
        </w:tc>
        <w:tc>
          <w:tcPr>
            <w:tcW w:w="209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721" w:type="dxa"/>
          </w:tcPr>
          <w:p w:rsidR="00A65DD7" w:rsidRPr="005E0605" w:rsidRDefault="00A65DD7" w:rsidP="005E0605">
            <w:pPr>
              <w:spacing w:after="0"/>
              <w:rPr>
                <w:rFonts w:cs="Times New Roman"/>
                <w:bCs/>
                <w:sz w:val="24"/>
                <w:szCs w:val="24"/>
              </w:rPr>
            </w:pPr>
          </w:p>
        </w:tc>
        <w:tc>
          <w:tcPr>
            <w:tcW w:w="2835"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794" w:type="dxa"/>
          </w:tcPr>
          <w:p w:rsidR="00A65DD7" w:rsidRPr="005E0605" w:rsidRDefault="005E0605" w:rsidP="005E0605">
            <w:pPr>
              <w:spacing w:after="0"/>
              <w:rPr>
                <w:rFonts w:cs="Times New Roman"/>
                <w:bCs/>
                <w:sz w:val="24"/>
                <w:szCs w:val="24"/>
              </w:rPr>
            </w:pPr>
            <w:r w:rsidRPr="005E0605">
              <w:rPr>
                <w:rFonts w:cs="Times New Roman"/>
                <w:bCs/>
                <w:sz w:val="24"/>
                <w:szCs w:val="24"/>
              </w:rPr>
              <w:t>6</w:t>
            </w:r>
          </w:p>
        </w:tc>
        <w:tc>
          <w:tcPr>
            <w:tcW w:w="209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721" w:type="dxa"/>
          </w:tcPr>
          <w:p w:rsidR="00A65DD7" w:rsidRPr="005E0605" w:rsidRDefault="00A65DD7" w:rsidP="005E0605">
            <w:pPr>
              <w:spacing w:after="0"/>
              <w:rPr>
                <w:rFonts w:cs="Times New Roman"/>
                <w:bCs/>
                <w:sz w:val="24"/>
                <w:szCs w:val="24"/>
              </w:rPr>
            </w:pPr>
          </w:p>
        </w:tc>
        <w:tc>
          <w:tcPr>
            <w:tcW w:w="2835"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794" w:type="dxa"/>
          </w:tcPr>
          <w:p w:rsidR="00A65DD7" w:rsidRPr="005E0605" w:rsidRDefault="005E0605" w:rsidP="005E0605">
            <w:pPr>
              <w:spacing w:after="0"/>
              <w:rPr>
                <w:rFonts w:cs="Times New Roman"/>
                <w:bCs/>
                <w:sz w:val="24"/>
                <w:szCs w:val="24"/>
              </w:rPr>
            </w:pPr>
            <w:r w:rsidRPr="005E0605">
              <w:rPr>
                <w:rFonts w:cs="Times New Roman"/>
                <w:bCs/>
                <w:sz w:val="24"/>
                <w:szCs w:val="24"/>
              </w:rPr>
              <w:t>7</w:t>
            </w:r>
          </w:p>
        </w:tc>
        <w:tc>
          <w:tcPr>
            <w:tcW w:w="209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721" w:type="dxa"/>
          </w:tcPr>
          <w:p w:rsidR="00A65DD7" w:rsidRPr="005E0605" w:rsidRDefault="00A65DD7" w:rsidP="005E0605">
            <w:pPr>
              <w:spacing w:after="0"/>
              <w:rPr>
                <w:rFonts w:cs="Times New Roman"/>
                <w:bCs/>
                <w:sz w:val="24"/>
                <w:szCs w:val="24"/>
              </w:rPr>
            </w:pPr>
          </w:p>
        </w:tc>
        <w:tc>
          <w:tcPr>
            <w:tcW w:w="2835"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794" w:type="dxa"/>
          </w:tcPr>
          <w:p w:rsidR="00A65DD7" w:rsidRPr="005E0605" w:rsidRDefault="005E0605" w:rsidP="005E0605">
            <w:pPr>
              <w:spacing w:after="0"/>
              <w:rPr>
                <w:rFonts w:cs="Times New Roman"/>
                <w:bCs/>
                <w:sz w:val="24"/>
                <w:szCs w:val="24"/>
              </w:rPr>
            </w:pPr>
            <w:r w:rsidRPr="005E0605">
              <w:rPr>
                <w:rFonts w:cs="Times New Roman"/>
                <w:bCs/>
                <w:sz w:val="24"/>
                <w:szCs w:val="24"/>
              </w:rPr>
              <w:t>8</w:t>
            </w:r>
          </w:p>
        </w:tc>
        <w:tc>
          <w:tcPr>
            <w:tcW w:w="209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721" w:type="dxa"/>
          </w:tcPr>
          <w:p w:rsidR="00A65DD7" w:rsidRPr="005E0605" w:rsidRDefault="00A65DD7" w:rsidP="005E0605">
            <w:pPr>
              <w:spacing w:after="0"/>
              <w:rPr>
                <w:rFonts w:cs="Times New Roman"/>
                <w:bCs/>
                <w:sz w:val="24"/>
                <w:szCs w:val="24"/>
              </w:rPr>
            </w:pPr>
          </w:p>
        </w:tc>
        <w:tc>
          <w:tcPr>
            <w:tcW w:w="2835"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794" w:type="dxa"/>
          </w:tcPr>
          <w:p w:rsidR="00A65DD7" w:rsidRPr="005E0605" w:rsidRDefault="005E0605" w:rsidP="005E0605">
            <w:pPr>
              <w:spacing w:after="0"/>
              <w:rPr>
                <w:rFonts w:cs="Times New Roman"/>
                <w:bCs/>
                <w:sz w:val="24"/>
                <w:szCs w:val="24"/>
              </w:rPr>
            </w:pPr>
            <w:r w:rsidRPr="005E0605">
              <w:rPr>
                <w:rFonts w:cs="Times New Roman"/>
                <w:bCs/>
                <w:sz w:val="24"/>
                <w:szCs w:val="24"/>
              </w:rPr>
              <w:t>9</w:t>
            </w:r>
          </w:p>
        </w:tc>
        <w:tc>
          <w:tcPr>
            <w:tcW w:w="209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721" w:type="dxa"/>
          </w:tcPr>
          <w:p w:rsidR="00A65DD7" w:rsidRPr="005E0605" w:rsidRDefault="00A65DD7" w:rsidP="005E0605">
            <w:pPr>
              <w:spacing w:after="0"/>
              <w:rPr>
                <w:rFonts w:cs="Times New Roman"/>
                <w:bCs/>
                <w:sz w:val="24"/>
                <w:szCs w:val="24"/>
              </w:rPr>
            </w:pPr>
          </w:p>
        </w:tc>
        <w:tc>
          <w:tcPr>
            <w:tcW w:w="2835"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794" w:type="dxa"/>
          </w:tcPr>
          <w:p w:rsidR="00A65DD7" w:rsidRPr="005E0605" w:rsidRDefault="005E0605" w:rsidP="005E0605">
            <w:pPr>
              <w:spacing w:after="0"/>
              <w:rPr>
                <w:rFonts w:cs="Times New Roman"/>
                <w:bCs/>
                <w:sz w:val="24"/>
                <w:szCs w:val="24"/>
              </w:rPr>
            </w:pPr>
            <w:r w:rsidRPr="005E0605">
              <w:rPr>
                <w:rFonts w:cs="Times New Roman"/>
                <w:bCs/>
                <w:sz w:val="24"/>
                <w:szCs w:val="24"/>
              </w:rPr>
              <w:t>10</w:t>
            </w:r>
          </w:p>
        </w:tc>
        <w:tc>
          <w:tcPr>
            <w:tcW w:w="209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268" w:type="dxa"/>
          </w:tcPr>
          <w:p w:rsidR="00A65DD7" w:rsidRPr="005E0605" w:rsidRDefault="00A65DD7" w:rsidP="005E0605">
            <w:pPr>
              <w:spacing w:after="0"/>
              <w:rPr>
                <w:rFonts w:cs="Times New Roman"/>
                <w:bCs/>
                <w:sz w:val="24"/>
                <w:szCs w:val="24"/>
              </w:rPr>
            </w:pPr>
          </w:p>
        </w:tc>
        <w:tc>
          <w:tcPr>
            <w:tcW w:w="2721" w:type="dxa"/>
          </w:tcPr>
          <w:p w:rsidR="00A65DD7" w:rsidRPr="005E0605" w:rsidRDefault="00A65DD7" w:rsidP="005E0605">
            <w:pPr>
              <w:spacing w:after="0"/>
              <w:rPr>
                <w:rFonts w:cs="Times New Roman"/>
                <w:bCs/>
                <w:sz w:val="24"/>
                <w:szCs w:val="24"/>
              </w:rPr>
            </w:pPr>
          </w:p>
        </w:tc>
        <w:tc>
          <w:tcPr>
            <w:tcW w:w="2835" w:type="dxa"/>
          </w:tcPr>
          <w:p w:rsidR="00A65DD7" w:rsidRPr="005E0605" w:rsidRDefault="00A65DD7" w:rsidP="005E0605">
            <w:pPr>
              <w:spacing w:after="0"/>
              <w:rPr>
                <w:rFonts w:cs="Times New Roman"/>
                <w:bCs/>
                <w:sz w:val="24"/>
                <w:szCs w:val="24"/>
              </w:rPr>
            </w:pPr>
          </w:p>
        </w:tc>
      </w:tr>
    </w:tbl>
    <w:p w:rsidR="00A65DD7" w:rsidRPr="005E0605" w:rsidRDefault="005E0605" w:rsidP="005E0605">
      <w:pPr>
        <w:spacing w:after="0"/>
        <w:rPr>
          <w:rFonts w:cs="Times New Roman"/>
          <w:sz w:val="24"/>
          <w:szCs w:val="24"/>
        </w:rPr>
      </w:pPr>
      <w:r w:rsidRPr="005E0605">
        <w:rPr>
          <w:rFonts w:cs="Times New Roman"/>
          <w:sz w:val="24"/>
          <w:szCs w:val="24"/>
        </w:rPr>
        <w:br w:type="page"/>
      </w:r>
    </w:p>
    <w:p w:rsidR="00A65DD7" w:rsidRPr="005E0605" w:rsidRDefault="005E0605" w:rsidP="005E0605">
      <w:pPr>
        <w:spacing w:after="0"/>
        <w:rPr>
          <w:rFonts w:cs="Times New Roman"/>
          <w:sz w:val="24"/>
          <w:szCs w:val="24"/>
        </w:rPr>
      </w:pPr>
      <w:r w:rsidRPr="005E0605">
        <w:rPr>
          <w:rFonts w:cs="Times New Roman"/>
          <w:b/>
          <w:sz w:val="24"/>
          <w:szCs w:val="24"/>
        </w:rPr>
        <w:lastRenderedPageBreak/>
        <w:t>AUNIATI UNIVERSITY | COURSE-WISE AND PAPER-WISE SYLLABUS PROGRESS REPORT</w:t>
      </w:r>
    </w:p>
    <w:p w:rsidR="00A65DD7" w:rsidRPr="005E0605" w:rsidRDefault="005E0605" w:rsidP="005E0605">
      <w:pPr>
        <w:spacing w:after="0"/>
        <w:rPr>
          <w:rFonts w:cs="Times New Roman"/>
          <w:sz w:val="24"/>
          <w:szCs w:val="24"/>
        </w:rPr>
      </w:pPr>
      <w:proofErr w:type="gramStart"/>
      <w:r w:rsidRPr="005E0605">
        <w:rPr>
          <w:rFonts w:cs="Times New Roman"/>
          <w:sz w:val="24"/>
          <w:szCs w:val="24"/>
        </w:rPr>
        <w:t>Faculty</w:t>
      </w:r>
      <w:r>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   Department</w:t>
      </w:r>
      <w:r>
        <w:rPr>
          <w:rFonts w:cs="Times New Roman"/>
          <w:sz w:val="24"/>
          <w:szCs w:val="24"/>
        </w:rPr>
        <w:t xml:space="preserve"> </w:t>
      </w:r>
      <w:r w:rsidRPr="005E0605">
        <w:rPr>
          <w:rFonts w:cs="Times New Roman"/>
          <w:sz w:val="24"/>
          <w:szCs w:val="24"/>
        </w:rPr>
        <w:t>: ____________________   Course/Paper Code</w:t>
      </w:r>
      <w:r>
        <w:rPr>
          <w:rFonts w:cs="Times New Roman"/>
          <w:sz w:val="24"/>
          <w:szCs w:val="24"/>
        </w:rPr>
        <w:t xml:space="preserve"> </w:t>
      </w:r>
      <w:r w:rsidRPr="005E0605">
        <w:rPr>
          <w:rFonts w:cs="Times New Roman"/>
          <w:sz w:val="24"/>
          <w:szCs w:val="24"/>
        </w:rPr>
        <w:t>: ______________</w:t>
      </w:r>
    </w:p>
    <w:p w:rsidR="00A65DD7" w:rsidRPr="005E0605" w:rsidRDefault="005E0605" w:rsidP="005E0605">
      <w:pPr>
        <w:spacing w:after="0"/>
        <w:rPr>
          <w:rFonts w:cs="Times New Roman"/>
          <w:sz w:val="24"/>
          <w:szCs w:val="24"/>
        </w:rPr>
      </w:pPr>
      <w:proofErr w:type="gramStart"/>
      <w:r w:rsidRPr="005E0605">
        <w:rPr>
          <w:rFonts w:cs="Times New Roman"/>
          <w:sz w:val="24"/>
          <w:szCs w:val="24"/>
        </w:rPr>
        <w:t>Session</w:t>
      </w:r>
      <w:r>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2026–2027 | Semester</w:t>
      </w:r>
      <w:r>
        <w:rPr>
          <w:rFonts w:cs="Times New Roman"/>
          <w:sz w:val="24"/>
          <w:szCs w:val="24"/>
        </w:rPr>
        <w:t xml:space="preserve"> </w:t>
      </w:r>
      <w:r w:rsidRPr="005E0605">
        <w:rPr>
          <w:rFonts w:cs="Times New Roman"/>
          <w:sz w:val="24"/>
          <w:szCs w:val="24"/>
        </w:rPr>
        <w:t>: July–December 2026 | Progress up to</w:t>
      </w:r>
      <w:r>
        <w:rPr>
          <w:rFonts w:cs="Times New Roman"/>
          <w:sz w:val="24"/>
          <w:szCs w:val="24"/>
        </w:rPr>
        <w:t xml:space="preserve"> </w:t>
      </w:r>
      <w:r w:rsidRPr="005E0605">
        <w:rPr>
          <w:rFonts w:cs="Times New Roman"/>
          <w:sz w:val="24"/>
          <w:szCs w:val="24"/>
        </w:rPr>
        <w:t>: 30</w:t>
      </w:r>
      <w:r w:rsidRPr="005E0605">
        <w:rPr>
          <w:rFonts w:cs="Times New Roman"/>
          <w:sz w:val="24"/>
          <w:szCs w:val="24"/>
          <w:vertAlign w:val="superscript"/>
        </w:rPr>
        <w:t>th</w:t>
      </w:r>
      <w:r>
        <w:rPr>
          <w:rFonts w:cs="Times New Roman"/>
          <w:sz w:val="24"/>
          <w:szCs w:val="24"/>
        </w:rPr>
        <w:t xml:space="preserve"> </w:t>
      </w:r>
      <w:r w:rsidRPr="005E0605">
        <w:rPr>
          <w:rFonts w:cs="Times New Roman"/>
          <w:sz w:val="24"/>
          <w:szCs w:val="24"/>
        </w:rPr>
        <w:t>September 2026</w:t>
      </w:r>
    </w:p>
    <w:p w:rsidR="00A65DD7" w:rsidRPr="005E0605" w:rsidRDefault="005E0605" w:rsidP="005E0605">
      <w:pPr>
        <w:pStyle w:val="Heading1"/>
        <w:spacing w:before="0"/>
        <w:rPr>
          <w:rFonts w:ascii="Times New Roman" w:hAnsi="Times New Roman" w:cs="Times New Roman"/>
          <w:szCs w:val="24"/>
        </w:rPr>
      </w:pPr>
      <w:r w:rsidRPr="005E0605">
        <w:rPr>
          <w:rFonts w:ascii="Times New Roman" w:hAnsi="Times New Roman" w:cs="Times New Roman"/>
          <w:szCs w:val="24"/>
        </w:rPr>
        <w:t>3. DATE-WISE RECORD OF CLASSES ACTUALLY CONDUCTED</w:t>
      </w:r>
    </w:p>
    <w:p w:rsidR="00A65DD7" w:rsidRPr="005E0605" w:rsidRDefault="005E0605" w:rsidP="005E0605">
      <w:pPr>
        <w:spacing w:after="0"/>
        <w:rPr>
          <w:rFonts w:cs="Times New Roman"/>
          <w:i/>
          <w:iCs/>
          <w:sz w:val="24"/>
          <w:szCs w:val="24"/>
        </w:rPr>
      </w:pPr>
      <w:r w:rsidRPr="005E0605">
        <w:rPr>
          <w:rFonts w:cs="Times New Roman"/>
          <w:i/>
          <w:iCs/>
          <w:sz w:val="24"/>
          <w:szCs w:val="24"/>
        </w:rPr>
        <w:t>Enter each class separately, including regular, additional, replacement, remedial, practical and tutorial classes, as applicable.</w:t>
      </w:r>
    </w:p>
    <w:tbl>
      <w:tblPr>
        <w:tblStyle w:val="TableGrid"/>
        <w:tblW w:w="0" w:type="auto"/>
        <w:tblLayout w:type="fixed"/>
        <w:tblLook w:val="04A0" w:firstRow="1" w:lastRow="0" w:firstColumn="1" w:lastColumn="0" w:noHBand="0" w:noVBand="1"/>
      </w:tblPr>
      <w:tblGrid>
        <w:gridCol w:w="680"/>
        <w:gridCol w:w="1361"/>
        <w:gridCol w:w="1304"/>
        <w:gridCol w:w="1304"/>
        <w:gridCol w:w="1644"/>
        <w:gridCol w:w="1531"/>
        <w:gridCol w:w="3628"/>
        <w:gridCol w:w="1361"/>
        <w:gridCol w:w="2438"/>
      </w:tblGrid>
      <w:tr w:rsidR="00A65DD7" w:rsidRPr="005E0605" w:rsidTr="005E0605">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Sl. No.</w:t>
            </w:r>
          </w:p>
        </w:tc>
        <w:tc>
          <w:tcPr>
            <w:tcW w:w="1361" w:type="dxa"/>
          </w:tcPr>
          <w:p w:rsidR="00A65DD7" w:rsidRPr="005E0605" w:rsidRDefault="005E0605" w:rsidP="005E0605">
            <w:pPr>
              <w:spacing w:after="0"/>
              <w:rPr>
                <w:rFonts w:cs="Times New Roman"/>
                <w:bCs/>
                <w:sz w:val="24"/>
                <w:szCs w:val="24"/>
              </w:rPr>
            </w:pPr>
            <w:r w:rsidRPr="005E0605">
              <w:rPr>
                <w:rFonts w:cs="Times New Roman"/>
                <w:bCs/>
                <w:sz w:val="24"/>
                <w:szCs w:val="24"/>
              </w:rPr>
              <w:t>Date</w:t>
            </w:r>
          </w:p>
        </w:tc>
        <w:tc>
          <w:tcPr>
            <w:tcW w:w="1304" w:type="dxa"/>
          </w:tcPr>
          <w:p w:rsidR="00A65DD7" w:rsidRPr="005E0605" w:rsidRDefault="005E0605" w:rsidP="005E0605">
            <w:pPr>
              <w:spacing w:after="0"/>
              <w:rPr>
                <w:rFonts w:cs="Times New Roman"/>
                <w:bCs/>
                <w:sz w:val="24"/>
                <w:szCs w:val="24"/>
              </w:rPr>
            </w:pPr>
            <w:r w:rsidRPr="005E0605">
              <w:rPr>
                <w:rFonts w:cs="Times New Roman"/>
                <w:bCs/>
                <w:sz w:val="24"/>
                <w:szCs w:val="24"/>
              </w:rPr>
              <w:t>Starting Time</w:t>
            </w:r>
          </w:p>
        </w:tc>
        <w:tc>
          <w:tcPr>
            <w:tcW w:w="1304" w:type="dxa"/>
          </w:tcPr>
          <w:p w:rsidR="00A65DD7" w:rsidRPr="005E0605" w:rsidRDefault="005E0605" w:rsidP="005E0605">
            <w:pPr>
              <w:spacing w:after="0"/>
              <w:rPr>
                <w:rFonts w:cs="Times New Roman"/>
                <w:bCs/>
                <w:sz w:val="24"/>
                <w:szCs w:val="24"/>
              </w:rPr>
            </w:pPr>
            <w:r w:rsidRPr="005E0605">
              <w:rPr>
                <w:rFonts w:cs="Times New Roman"/>
                <w:bCs/>
                <w:sz w:val="24"/>
                <w:szCs w:val="24"/>
              </w:rPr>
              <w:t>Ending Time</w:t>
            </w:r>
          </w:p>
        </w:tc>
        <w:tc>
          <w:tcPr>
            <w:tcW w:w="1644" w:type="dxa"/>
          </w:tcPr>
          <w:p w:rsidR="00A65DD7" w:rsidRPr="005E0605" w:rsidRDefault="005E0605" w:rsidP="005E0605">
            <w:pPr>
              <w:spacing w:after="0"/>
              <w:rPr>
                <w:rFonts w:cs="Times New Roman"/>
                <w:bCs/>
                <w:sz w:val="24"/>
                <w:szCs w:val="24"/>
              </w:rPr>
            </w:pPr>
            <w:r w:rsidRPr="005E0605">
              <w:rPr>
                <w:rFonts w:cs="Times New Roman"/>
                <w:bCs/>
                <w:sz w:val="24"/>
                <w:szCs w:val="24"/>
              </w:rPr>
              <w:t>Actual Teaching Minutes</w:t>
            </w:r>
          </w:p>
        </w:tc>
        <w:tc>
          <w:tcPr>
            <w:tcW w:w="1531" w:type="dxa"/>
          </w:tcPr>
          <w:p w:rsidR="00A65DD7" w:rsidRPr="005E0605" w:rsidRDefault="005E0605" w:rsidP="005E0605">
            <w:pPr>
              <w:spacing w:after="0"/>
              <w:rPr>
                <w:rFonts w:cs="Times New Roman"/>
                <w:bCs/>
                <w:sz w:val="24"/>
                <w:szCs w:val="24"/>
              </w:rPr>
            </w:pPr>
            <w:r w:rsidRPr="005E0605">
              <w:rPr>
                <w:rFonts w:cs="Times New Roman"/>
                <w:bCs/>
                <w:sz w:val="24"/>
                <w:szCs w:val="24"/>
              </w:rPr>
              <w:t>Class Type</w:t>
            </w:r>
          </w:p>
        </w:tc>
        <w:tc>
          <w:tcPr>
            <w:tcW w:w="3628" w:type="dxa"/>
          </w:tcPr>
          <w:p w:rsidR="00A65DD7" w:rsidRPr="005E0605" w:rsidRDefault="005E0605" w:rsidP="005E0605">
            <w:pPr>
              <w:spacing w:after="0"/>
              <w:rPr>
                <w:rFonts w:cs="Times New Roman"/>
                <w:bCs/>
                <w:sz w:val="24"/>
                <w:szCs w:val="24"/>
              </w:rPr>
            </w:pPr>
            <w:r w:rsidRPr="005E0605">
              <w:rPr>
                <w:rFonts w:cs="Times New Roman"/>
                <w:bCs/>
                <w:sz w:val="24"/>
                <w:szCs w:val="24"/>
              </w:rPr>
              <w:t>Unit/Topic/Subtopic Taught</w:t>
            </w:r>
          </w:p>
        </w:tc>
        <w:tc>
          <w:tcPr>
            <w:tcW w:w="1361" w:type="dxa"/>
          </w:tcPr>
          <w:p w:rsidR="00A65DD7" w:rsidRPr="005E0605" w:rsidRDefault="005E0605" w:rsidP="005E0605">
            <w:pPr>
              <w:spacing w:after="0"/>
              <w:rPr>
                <w:rFonts w:cs="Times New Roman"/>
                <w:bCs/>
                <w:sz w:val="24"/>
                <w:szCs w:val="24"/>
              </w:rPr>
            </w:pPr>
            <w:r w:rsidRPr="005E0605">
              <w:rPr>
                <w:rFonts w:cs="Times New Roman"/>
                <w:bCs/>
                <w:sz w:val="24"/>
                <w:szCs w:val="24"/>
              </w:rPr>
              <w:t>Students Present</w:t>
            </w:r>
          </w:p>
        </w:tc>
        <w:tc>
          <w:tcPr>
            <w:tcW w:w="2438" w:type="dxa"/>
          </w:tcPr>
          <w:p w:rsidR="00A65DD7" w:rsidRPr="005E0605" w:rsidRDefault="005E0605" w:rsidP="005E0605">
            <w:pPr>
              <w:spacing w:after="0"/>
              <w:rPr>
                <w:rFonts w:cs="Times New Roman"/>
                <w:bCs/>
                <w:sz w:val="24"/>
                <w:szCs w:val="24"/>
              </w:rPr>
            </w:pPr>
            <w:r w:rsidRPr="005E0605">
              <w:rPr>
                <w:rFonts w:cs="Times New Roman"/>
                <w:bCs/>
                <w:sz w:val="24"/>
                <w:szCs w:val="24"/>
              </w:rPr>
              <w:t>Teaching Record Reference/Remarks</w:t>
            </w: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1</w:t>
            </w:r>
          </w:p>
        </w:tc>
        <w:tc>
          <w:tcPr>
            <w:tcW w:w="1361"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644" w:type="dxa"/>
          </w:tcPr>
          <w:p w:rsidR="00A65DD7" w:rsidRPr="005E0605" w:rsidRDefault="00A65DD7" w:rsidP="005E0605">
            <w:pPr>
              <w:spacing w:after="0"/>
              <w:rPr>
                <w:rFonts w:cs="Times New Roman"/>
                <w:bCs/>
                <w:sz w:val="24"/>
                <w:szCs w:val="24"/>
              </w:rPr>
            </w:pPr>
          </w:p>
        </w:tc>
        <w:tc>
          <w:tcPr>
            <w:tcW w:w="1531" w:type="dxa"/>
          </w:tcPr>
          <w:p w:rsidR="00A65DD7" w:rsidRPr="005E0605" w:rsidRDefault="00A65DD7" w:rsidP="005E0605">
            <w:pPr>
              <w:spacing w:after="0"/>
              <w:rPr>
                <w:rFonts w:cs="Times New Roman"/>
                <w:bCs/>
                <w:sz w:val="24"/>
                <w:szCs w:val="24"/>
              </w:rPr>
            </w:pPr>
          </w:p>
        </w:tc>
        <w:tc>
          <w:tcPr>
            <w:tcW w:w="3628" w:type="dxa"/>
          </w:tcPr>
          <w:p w:rsidR="00A65DD7" w:rsidRPr="005E0605" w:rsidRDefault="00A65DD7" w:rsidP="005E0605">
            <w:pPr>
              <w:spacing w:after="0"/>
              <w:rPr>
                <w:rFonts w:cs="Times New Roman"/>
                <w:bCs/>
                <w:sz w:val="24"/>
                <w:szCs w:val="24"/>
              </w:rPr>
            </w:pPr>
          </w:p>
        </w:tc>
        <w:tc>
          <w:tcPr>
            <w:tcW w:w="1361" w:type="dxa"/>
          </w:tcPr>
          <w:p w:rsidR="00A65DD7" w:rsidRPr="005E0605" w:rsidRDefault="00A65DD7" w:rsidP="005E0605">
            <w:pPr>
              <w:spacing w:after="0"/>
              <w:rPr>
                <w:rFonts w:cs="Times New Roman"/>
                <w:bCs/>
                <w:sz w:val="24"/>
                <w:szCs w:val="24"/>
              </w:rPr>
            </w:pPr>
          </w:p>
        </w:tc>
        <w:tc>
          <w:tcPr>
            <w:tcW w:w="2438"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2</w:t>
            </w:r>
          </w:p>
        </w:tc>
        <w:tc>
          <w:tcPr>
            <w:tcW w:w="1361"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644" w:type="dxa"/>
          </w:tcPr>
          <w:p w:rsidR="00A65DD7" w:rsidRPr="005E0605" w:rsidRDefault="00A65DD7" w:rsidP="005E0605">
            <w:pPr>
              <w:spacing w:after="0"/>
              <w:rPr>
                <w:rFonts w:cs="Times New Roman"/>
                <w:bCs/>
                <w:sz w:val="24"/>
                <w:szCs w:val="24"/>
              </w:rPr>
            </w:pPr>
          </w:p>
        </w:tc>
        <w:tc>
          <w:tcPr>
            <w:tcW w:w="1531" w:type="dxa"/>
          </w:tcPr>
          <w:p w:rsidR="00A65DD7" w:rsidRPr="005E0605" w:rsidRDefault="00A65DD7" w:rsidP="005E0605">
            <w:pPr>
              <w:spacing w:after="0"/>
              <w:rPr>
                <w:rFonts w:cs="Times New Roman"/>
                <w:bCs/>
                <w:sz w:val="24"/>
                <w:szCs w:val="24"/>
              </w:rPr>
            </w:pPr>
          </w:p>
        </w:tc>
        <w:tc>
          <w:tcPr>
            <w:tcW w:w="3628" w:type="dxa"/>
          </w:tcPr>
          <w:p w:rsidR="00A65DD7" w:rsidRPr="005E0605" w:rsidRDefault="00A65DD7" w:rsidP="005E0605">
            <w:pPr>
              <w:spacing w:after="0"/>
              <w:rPr>
                <w:rFonts w:cs="Times New Roman"/>
                <w:bCs/>
                <w:sz w:val="24"/>
                <w:szCs w:val="24"/>
              </w:rPr>
            </w:pPr>
          </w:p>
        </w:tc>
        <w:tc>
          <w:tcPr>
            <w:tcW w:w="1361" w:type="dxa"/>
          </w:tcPr>
          <w:p w:rsidR="00A65DD7" w:rsidRPr="005E0605" w:rsidRDefault="00A65DD7" w:rsidP="005E0605">
            <w:pPr>
              <w:spacing w:after="0"/>
              <w:rPr>
                <w:rFonts w:cs="Times New Roman"/>
                <w:bCs/>
                <w:sz w:val="24"/>
                <w:szCs w:val="24"/>
              </w:rPr>
            </w:pPr>
          </w:p>
        </w:tc>
        <w:tc>
          <w:tcPr>
            <w:tcW w:w="2438"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3</w:t>
            </w:r>
          </w:p>
        </w:tc>
        <w:tc>
          <w:tcPr>
            <w:tcW w:w="1361"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644" w:type="dxa"/>
          </w:tcPr>
          <w:p w:rsidR="00A65DD7" w:rsidRPr="005E0605" w:rsidRDefault="00A65DD7" w:rsidP="005E0605">
            <w:pPr>
              <w:spacing w:after="0"/>
              <w:rPr>
                <w:rFonts w:cs="Times New Roman"/>
                <w:bCs/>
                <w:sz w:val="24"/>
                <w:szCs w:val="24"/>
              </w:rPr>
            </w:pPr>
          </w:p>
        </w:tc>
        <w:tc>
          <w:tcPr>
            <w:tcW w:w="1531" w:type="dxa"/>
          </w:tcPr>
          <w:p w:rsidR="00A65DD7" w:rsidRPr="005E0605" w:rsidRDefault="00A65DD7" w:rsidP="005E0605">
            <w:pPr>
              <w:spacing w:after="0"/>
              <w:rPr>
                <w:rFonts w:cs="Times New Roman"/>
                <w:bCs/>
                <w:sz w:val="24"/>
                <w:szCs w:val="24"/>
              </w:rPr>
            </w:pPr>
          </w:p>
        </w:tc>
        <w:tc>
          <w:tcPr>
            <w:tcW w:w="3628" w:type="dxa"/>
          </w:tcPr>
          <w:p w:rsidR="00A65DD7" w:rsidRPr="005E0605" w:rsidRDefault="00A65DD7" w:rsidP="005E0605">
            <w:pPr>
              <w:spacing w:after="0"/>
              <w:rPr>
                <w:rFonts w:cs="Times New Roman"/>
                <w:bCs/>
                <w:sz w:val="24"/>
                <w:szCs w:val="24"/>
              </w:rPr>
            </w:pPr>
          </w:p>
        </w:tc>
        <w:tc>
          <w:tcPr>
            <w:tcW w:w="1361" w:type="dxa"/>
          </w:tcPr>
          <w:p w:rsidR="00A65DD7" w:rsidRPr="005E0605" w:rsidRDefault="00A65DD7" w:rsidP="005E0605">
            <w:pPr>
              <w:spacing w:after="0"/>
              <w:rPr>
                <w:rFonts w:cs="Times New Roman"/>
                <w:bCs/>
                <w:sz w:val="24"/>
                <w:szCs w:val="24"/>
              </w:rPr>
            </w:pPr>
          </w:p>
        </w:tc>
        <w:tc>
          <w:tcPr>
            <w:tcW w:w="2438"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4</w:t>
            </w:r>
          </w:p>
        </w:tc>
        <w:tc>
          <w:tcPr>
            <w:tcW w:w="1361"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644" w:type="dxa"/>
          </w:tcPr>
          <w:p w:rsidR="00A65DD7" w:rsidRPr="005E0605" w:rsidRDefault="00A65DD7" w:rsidP="005E0605">
            <w:pPr>
              <w:spacing w:after="0"/>
              <w:rPr>
                <w:rFonts w:cs="Times New Roman"/>
                <w:bCs/>
                <w:sz w:val="24"/>
                <w:szCs w:val="24"/>
              </w:rPr>
            </w:pPr>
          </w:p>
        </w:tc>
        <w:tc>
          <w:tcPr>
            <w:tcW w:w="1531" w:type="dxa"/>
          </w:tcPr>
          <w:p w:rsidR="00A65DD7" w:rsidRPr="005E0605" w:rsidRDefault="00A65DD7" w:rsidP="005E0605">
            <w:pPr>
              <w:spacing w:after="0"/>
              <w:rPr>
                <w:rFonts w:cs="Times New Roman"/>
                <w:bCs/>
                <w:sz w:val="24"/>
                <w:szCs w:val="24"/>
              </w:rPr>
            </w:pPr>
          </w:p>
        </w:tc>
        <w:tc>
          <w:tcPr>
            <w:tcW w:w="3628" w:type="dxa"/>
          </w:tcPr>
          <w:p w:rsidR="00A65DD7" w:rsidRPr="005E0605" w:rsidRDefault="00A65DD7" w:rsidP="005E0605">
            <w:pPr>
              <w:spacing w:after="0"/>
              <w:rPr>
                <w:rFonts w:cs="Times New Roman"/>
                <w:bCs/>
                <w:sz w:val="24"/>
                <w:szCs w:val="24"/>
              </w:rPr>
            </w:pPr>
          </w:p>
        </w:tc>
        <w:tc>
          <w:tcPr>
            <w:tcW w:w="1361" w:type="dxa"/>
          </w:tcPr>
          <w:p w:rsidR="00A65DD7" w:rsidRPr="005E0605" w:rsidRDefault="00A65DD7" w:rsidP="005E0605">
            <w:pPr>
              <w:spacing w:after="0"/>
              <w:rPr>
                <w:rFonts w:cs="Times New Roman"/>
                <w:bCs/>
                <w:sz w:val="24"/>
                <w:szCs w:val="24"/>
              </w:rPr>
            </w:pPr>
          </w:p>
        </w:tc>
        <w:tc>
          <w:tcPr>
            <w:tcW w:w="2438"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5</w:t>
            </w:r>
          </w:p>
        </w:tc>
        <w:tc>
          <w:tcPr>
            <w:tcW w:w="1361"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644" w:type="dxa"/>
          </w:tcPr>
          <w:p w:rsidR="00A65DD7" w:rsidRPr="005E0605" w:rsidRDefault="00A65DD7" w:rsidP="005E0605">
            <w:pPr>
              <w:spacing w:after="0"/>
              <w:rPr>
                <w:rFonts w:cs="Times New Roman"/>
                <w:bCs/>
                <w:sz w:val="24"/>
                <w:szCs w:val="24"/>
              </w:rPr>
            </w:pPr>
          </w:p>
        </w:tc>
        <w:tc>
          <w:tcPr>
            <w:tcW w:w="1531" w:type="dxa"/>
          </w:tcPr>
          <w:p w:rsidR="00A65DD7" w:rsidRPr="005E0605" w:rsidRDefault="00A65DD7" w:rsidP="005E0605">
            <w:pPr>
              <w:spacing w:after="0"/>
              <w:rPr>
                <w:rFonts w:cs="Times New Roman"/>
                <w:bCs/>
                <w:sz w:val="24"/>
                <w:szCs w:val="24"/>
              </w:rPr>
            </w:pPr>
          </w:p>
        </w:tc>
        <w:tc>
          <w:tcPr>
            <w:tcW w:w="3628" w:type="dxa"/>
          </w:tcPr>
          <w:p w:rsidR="00A65DD7" w:rsidRPr="005E0605" w:rsidRDefault="00A65DD7" w:rsidP="005E0605">
            <w:pPr>
              <w:spacing w:after="0"/>
              <w:rPr>
                <w:rFonts w:cs="Times New Roman"/>
                <w:bCs/>
                <w:sz w:val="24"/>
                <w:szCs w:val="24"/>
              </w:rPr>
            </w:pPr>
          </w:p>
        </w:tc>
        <w:tc>
          <w:tcPr>
            <w:tcW w:w="1361" w:type="dxa"/>
          </w:tcPr>
          <w:p w:rsidR="00A65DD7" w:rsidRPr="005E0605" w:rsidRDefault="00A65DD7" w:rsidP="005E0605">
            <w:pPr>
              <w:spacing w:after="0"/>
              <w:rPr>
                <w:rFonts w:cs="Times New Roman"/>
                <w:bCs/>
                <w:sz w:val="24"/>
                <w:szCs w:val="24"/>
              </w:rPr>
            </w:pPr>
          </w:p>
        </w:tc>
        <w:tc>
          <w:tcPr>
            <w:tcW w:w="2438"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6</w:t>
            </w:r>
          </w:p>
        </w:tc>
        <w:tc>
          <w:tcPr>
            <w:tcW w:w="1361"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644" w:type="dxa"/>
          </w:tcPr>
          <w:p w:rsidR="00A65DD7" w:rsidRPr="005E0605" w:rsidRDefault="00A65DD7" w:rsidP="005E0605">
            <w:pPr>
              <w:spacing w:after="0"/>
              <w:rPr>
                <w:rFonts w:cs="Times New Roman"/>
                <w:bCs/>
                <w:sz w:val="24"/>
                <w:szCs w:val="24"/>
              </w:rPr>
            </w:pPr>
          </w:p>
        </w:tc>
        <w:tc>
          <w:tcPr>
            <w:tcW w:w="1531" w:type="dxa"/>
          </w:tcPr>
          <w:p w:rsidR="00A65DD7" w:rsidRPr="005E0605" w:rsidRDefault="00A65DD7" w:rsidP="005E0605">
            <w:pPr>
              <w:spacing w:after="0"/>
              <w:rPr>
                <w:rFonts w:cs="Times New Roman"/>
                <w:bCs/>
                <w:sz w:val="24"/>
                <w:szCs w:val="24"/>
              </w:rPr>
            </w:pPr>
          </w:p>
        </w:tc>
        <w:tc>
          <w:tcPr>
            <w:tcW w:w="3628" w:type="dxa"/>
          </w:tcPr>
          <w:p w:rsidR="00A65DD7" w:rsidRPr="005E0605" w:rsidRDefault="00A65DD7" w:rsidP="005E0605">
            <w:pPr>
              <w:spacing w:after="0"/>
              <w:rPr>
                <w:rFonts w:cs="Times New Roman"/>
                <w:bCs/>
                <w:sz w:val="24"/>
                <w:szCs w:val="24"/>
              </w:rPr>
            </w:pPr>
          </w:p>
        </w:tc>
        <w:tc>
          <w:tcPr>
            <w:tcW w:w="1361" w:type="dxa"/>
          </w:tcPr>
          <w:p w:rsidR="00A65DD7" w:rsidRPr="005E0605" w:rsidRDefault="00A65DD7" w:rsidP="005E0605">
            <w:pPr>
              <w:spacing w:after="0"/>
              <w:rPr>
                <w:rFonts w:cs="Times New Roman"/>
                <w:bCs/>
                <w:sz w:val="24"/>
                <w:szCs w:val="24"/>
              </w:rPr>
            </w:pPr>
          </w:p>
        </w:tc>
        <w:tc>
          <w:tcPr>
            <w:tcW w:w="2438"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7</w:t>
            </w:r>
          </w:p>
        </w:tc>
        <w:tc>
          <w:tcPr>
            <w:tcW w:w="1361"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644" w:type="dxa"/>
          </w:tcPr>
          <w:p w:rsidR="00A65DD7" w:rsidRPr="005E0605" w:rsidRDefault="00A65DD7" w:rsidP="005E0605">
            <w:pPr>
              <w:spacing w:after="0"/>
              <w:rPr>
                <w:rFonts w:cs="Times New Roman"/>
                <w:bCs/>
                <w:sz w:val="24"/>
                <w:szCs w:val="24"/>
              </w:rPr>
            </w:pPr>
          </w:p>
        </w:tc>
        <w:tc>
          <w:tcPr>
            <w:tcW w:w="1531" w:type="dxa"/>
          </w:tcPr>
          <w:p w:rsidR="00A65DD7" w:rsidRPr="005E0605" w:rsidRDefault="00A65DD7" w:rsidP="005E0605">
            <w:pPr>
              <w:spacing w:after="0"/>
              <w:rPr>
                <w:rFonts w:cs="Times New Roman"/>
                <w:bCs/>
                <w:sz w:val="24"/>
                <w:szCs w:val="24"/>
              </w:rPr>
            </w:pPr>
          </w:p>
        </w:tc>
        <w:tc>
          <w:tcPr>
            <w:tcW w:w="3628" w:type="dxa"/>
          </w:tcPr>
          <w:p w:rsidR="00A65DD7" w:rsidRPr="005E0605" w:rsidRDefault="00A65DD7" w:rsidP="005E0605">
            <w:pPr>
              <w:spacing w:after="0"/>
              <w:rPr>
                <w:rFonts w:cs="Times New Roman"/>
                <w:bCs/>
                <w:sz w:val="24"/>
                <w:szCs w:val="24"/>
              </w:rPr>
            </w:pPr>
          </w:p>
        </w:tc>
        <w:tc>
          <w:tcPr>
            <w:tcW w:w="1361" w:type="dxa"/>
          </w:tcPr>
          <w:p w:rsidR="00A65DD7" w:rsidRPr="005E0605" w:rsidRDefault="00A65DD7" w:rsidP="005E0605">
            <w:pPr>
              <w:spacing w:after="0"/>
              <w:rPr>
                <w:rFonts w:cs="Times New Roman"/>
                <w:bCs/>
                <w:sz w:val="24"/>
                <w:szCs w:val="24"/>
              </w:rPr>
            </w:pPr>
          </w:p>
        </w:tc>
        <w:tc>
          <w:tcPr>
            <w:tcW w:w="2438"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8</w:t>
            </w:r>
          </w:p>
        </w:tc>
        <w:tc>
          <w:tcPr>
            <w:tcW w:w="1361"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644" w:type="dxa"/>
          </w:tcPr>
          <w:p w:rsidR="00A65DD7" w:rsidRPr="005E0605" w:rsidRDefault="00A65DD7" w:rsidP="005E0605">
            <w:pPr>
              <w:spacing w:after="0"/>
              <w:rPr>
                <w:rFonts w:cs="Times New Roman"/>
                <w:bCs/>
                <w:sz w:val="24"/>
                <w:szCs w:val="24"/>
              </w:rPr>
            </w:pPr>
          </w:p>
        </w:tc>
        <w:tc>
          <w:tcPr>
            <w:tcW w:w="1531" w:type="dxa"/>
          </w:tcPr>
          <w:p w:rsidR="00A65DD7" w:rsidRPr="005E0605" w:rsidRDefault="00A65DD7" w:rsidP="005E0605">
            <w:pPr>
              <w:spacing w:after="0"/>
              <w:rPr>
                <w:rFonts w:cs="Times New Roman"/>
                <w:bCs/>
                <w:sz w:val="24"/>
                <w:szCs w:val="24"/>
              </w:rPr>
            </w:pPr>
          </w:p>
        </w:tc>
        <w:tc>
          <w:tcPr>
            <w:tcW w:w="3628" w:type="dxa"/>
          </w:tcPr>
          <w:p w:rsidR="00A65DD7" w:rsidRPr="005E0605" w:rsidRDefault="00A65DD7" w:rsidP="005E0605">
            <w:pPr>
              <w:spacing w:after="0"/>
              <w:rPr>
                <w:rFonts w:cs="Times New Roman"/>
                <w:bCs/>
                <w:sz w:val="24"/>
                <w:szCs w:val="24"/>
              </w:rPr>
            </w:pPr>
          </w:p>
        </w:tc>
        <w:tc>
          <w:tcPr>
            <w:tcW w:w="1361" w:type="dxa"/>
          </w:tcPr>
          <w:p w:rsidR="00A65DD7" w:rsidRPr="005E0605" w:rsidRDefault="00A65DD7" w:rsidP="005E0605">
            <w:pPr>
              <w:spacing w:after="0"/>
              <w:rPr>
                <w:rFonts w:cs="Times New Roman"/>
                <w:bCs/>
                <w:sz w:val="24"/>
                <w:szCs w:val="24"/>
              </w:rPr>
            </w:pPr>
          </w:p>
        </w:tc>
        <w:tc>
          <w:tcPr>
            <w:tcW w:w="2438"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9</w:t>
            </w:r>
          </w:p>
        </w:tc>
        <w:tc>
          <w:tcPr>
            <w:tcW w:w="1361"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644" w:type="dxa"/>
          </w:tcPr>
          <w:p w:rsidR="00A65DD7" w:rsidRPr="005E0605" w:rsidRDefault="00A65DD7" w:rsidP="005E0605">
            <w:pPr>
              <w:spacing w:after="0"/>
              <w:rPr>
                <w:rFonts w:cs="Times New Roman"/>
                <w:bCs/>
                <w:sz w:val="24"/>
                <w:szCs w:val="24"/>
              </w:rPr>
            </w:pPr>
          </w:p>
        </w:tc>
        <w:tc>
          <w:tcPr>
            <w:tcW w:w="1531" w:type="dxa"/>
          </w:tcPr>
          <w:p w:rsidR="00A65DD7" w:rsidRPr="005E0605" w:rsidRDefault="00A65DD7" w:rsidP="005E0605">
            <w:pPr>
              <w:spacing w:after="0"/>
              <w:rPr>
                <w:rFonts w:cs="Times New Roman"/>
                <w:bCs/>
                <w:sz w:val="24"/>
                <w:szCs w:val="24"/>
              </w:rPr>
            </w:pPr>
          </w:p>
        </w:tc>
        <w:tc>
          <w:tcPr>
            <w:tcW w:w="3628" w:type="dxa"/>
          </w:tcPr>
          <w:p w:rsidR="00A65DD7" w:rsidRPr="005E0605" w:rsidRDefault="00A65DD7" w:rsidP="005E0605">
            <w:pPr>
              <w:spacing w:after="0"/>
              <w:rPr>
                <w:rFonts w:cs="Times New Roman"/>
                <w:bCs/>
                <w:sz w:val="24"/>
                <w:szCs w:val="24"/>
              </w:rPr>
            </w:pPr>
          </w:p>
        </w:tc>
        <w:tc>
          <w:tcPr>
            <w:tcW w:w="1361" w:type="dxa"/>
          </w:tcPr>
          <w:p w:rsidR="00A65DD7" w:rsidRPr="005E0605" w:rsidRDefault="00A65DD7" w:rsidP="005E0605">
            <w:pPr>
              <w:spacing w:after="0"/>
              <w:rPr>
                <w:rFonts w:cs="Times New Roman"/>
                <w:bCs/>
                <w:sz w:val="24"/>
                <w:szCs w:val="24"/>
              </w:rPr>
            </w:pPr>
          </w:p>
        </w:tc>
        <w:tc>
          <w:tcPr>
            <w:tcW w:w="2438"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10</w:t>
            </w:r>
          </w:p>
        </w:tc>
        <w:tc>
          <w:tcPr>
            <w:tcW w:w="1361"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304" w:type="dxa"/>
          </w:tcPr>
          <w:p w:rsidR="00A65DD7" w:rsidRPr="005E0605" w:rsidRDefault="00A65DD7" w:rsidP="005E0605">
            <w:pPr>
              <w:spacing w:after="0"/>
              <w:rPr>
                <w:rFonts w:cs="Times New Roman"/>
                <w:bCs/>
                <w:sz w:val="24"/>
                <w:szCs w:val="24"/>
              </w:rPr>
            </w:pPr>
          </w:p>
        </w:tc>
        <w:tc>
          <w:tcPr>
            <w:tcW w:w="1644" w:type="dxa"/>
          </w:tcPr>
          <w:p w:rsidR="00A65DD7" w:rsidRPr="005E0605" w:rsidRDefault="00A65DD7" w:rsidP="005E0605">
            <w:pPr>
              <w:spacing w:after="0"/>
              <w:rPr>
                <w:rFonts w:cs="Times New Roman"/>
                <w:bCs/>
                <w:sz w:val="24"/>
                <w:szCs w:val="24"/>
              </w:rPr>
            </w:pPr>
          </w:p>
        </w:tc>
        <w:tc>
          <w:tcPr>
            <w:tcW w:w="1531" w:type="dxa"/>
          </w:tcPr>
          <w:p w:rsidR="00A65DD7" w:rsidRPr="005E0605" w:rsidRDefault="00A65DD7" w:rsidP="005E0605">
            <w:pPr>
              <w:spacing w:after="0"/>
              <w:rPr>
                <w:rFonts w:cs="Times New Roman"/>
                <w:bCs/>
                <w:sz w:val="24"/>
                <w:szCs w:val="24"/>
              </w:rPr>
            </w:pPr>
          </w:p>
        </w:tc>
        <w:tc>
          <w:tcPr>
            <w:tcW w:w="3628" w:type="dxa"/>
          </w:tcPr>
          <w:p w:rsidR="00A65DD7" w:rsidRPr="005E0605" w:rsidRDefault="00A65DD7" w:rsidP="005E0605">
            <w:pPr>
              <w:spacing w:after="0"/>
              <w:rPr>
                <w:rFonts w:cs="Times New Roman"/>
                <w:bCs/>
                <w:sz w:val="24"/>
                <w:szCs w:val="24"/>
              </w:rPr>
            </w:pPr>
          </w:p>
        </w:tc>
        <w:tc>
          <w:tcPr>
            <w:tcW w:w="1361" w:type="dxa"/>
          </w:tcPr>
          <w:p w:rsidR="00A65DD7" w:rsidRPr="005E0605" w:rsidRDefault="00A65DD7" w:rsidP="005E0605">
            <w:pPr>
              <w:spacing w:after="0"/>
              <w:rPr>
                <w:rFonts w:cs="Times New Roman"/>
                <w:bCs/>
                <w:sz w:val="24"/>
                <w:szCs w:val="24"/>
              </w:rPr>
            </w:pPr>
          </w:p>
        </w:tc>
        <w:tc>
          <w:tcPr>
            <w:tcW w:w="2438" w:type="dxa"/>
          </w:tcPr>
          <w:p w:rsidR="00A65DD7" w:rsidRPr="005E0605" w:rsidRDefault="00A65DD7" w:rsidP="005E0605">
            <w:pPr>
              <w:spacing w:after="0"/>
              <w:rPr>
                <w:rFonts w:cs="Times New Roman"/>
                <w:bCs/>
                <w:sz w:val="24"/>
                <w:szCs w:val="24"/>
              </w:rPr>
            </w:pPr>
          </w:p>
        </w:tc>
      </w:tr>
    </w:tbl>
    <w:p w:rsidR="00A65DD7" w:rsidRPr="005E0605" w:rsidRDefault="005E0605" w:rsidP="005E0605">
      <w:pPr>
        <w:spacing w:after="0"/>
        <w:rPr>
          <w:rFonts w:cs="Times New Roman"/>
          <w:sz w:val="24"/>
          <w:szCs w:val="24"/>
        </w:rPr>
      </w:pPr>
      <w:r w:rsidRPr="005E0605">
        <w:rPr>
          <w:rFonts w:cs="Times New Roman"/>
          <w:sz w:val="24"/>
          <w:szCs w:val="24"/>
        </w:rPr>
        <w:br w:type="page"/>
      </w:r>
    </w:p>
    <w:p w:rsidR="00A65DD7" w:rsidRPr="005E0605" w:rsidRDefault="005E0605" w:rsidP="005E0605">
      <w:pPr>
        <w:spacing w:after="0"/>
        <w:rPr>
          <w:rFonts w:cs="Times New Roman"/>
          <w:sz w:val="24"/>
          <w:szCs w:val="24"/>
        </w:rPr>
      </w:pPr>
      <w:r w:rsidRPr="005E0605">
        <w:rPr>
          <w:rFonts w:cs="Times New Roman"/>
          <w:b/>
          <w:sz w:val="24"/>
          <w:szCs w:val="24"/>
        </w:rPr>
        <w:lastRenderedPageBreak/>
        <w:t>AUNIATI UNIVERSITY | COURSE-WISE AND PAPER-WISE SYLLABUS PROGRESS REPORT</w:t>
      </w:r>
    </w:p>
    <w:p w:rsidR="00A65DD7" w:rsidRPr="005E0605" w:rsidRDefault="005E0605" w:rsidP="005E0605">
      <w:pPr>
        <w:spacing w:after="0"/>
        <w:rPr>
          <w:rFonts w:cs="Times New Roman"/>
          <w:sz w:val="24"/>
          <w:szCs w:val="24"/>
        </w:rPr>
      </w:pPr>
      <w:proofErr w:type="gramStart"/>
      <w:r w:rsidRPr="005E0605">
        <w:rPr>
          <w:rFonts w:cs="Times New Roman"/>
          <w:sz w:val="24"/>
          <w:szCs w:val="24"/>
        </w:rPr>
        <w:t>Faculty</w:t>
      </w:r>
      <w:r>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   Department</w:t>
      </w:r>
      <w:r>
        <w:rPr>
          <w:rFonts w:cs="Times New Roman"/>
          <w:sz w:val="24"/>
          <w:szCs w:val="24"/>
        </w:rPr>
        <w:t xml:space="preserve"> </w:t>
      </w:r>
      <w:r w:rsidRPr="005E0605">
        <w:rPr>
          <w:rFonts w:cs="Times New Roman"/>
          <w:sz w:val="24"/>
          <w:szCs w:val="24"/>
        </w:rPr>
        <w:t>: ____________________   Course/Paper Code</w:t>
      </w:r>
      <w:r>
        <w:rPr>
          <w:rFonts w:cs="Times New Roman"/>
          <w:sz w:val="24"/>
          <w:szCs w:val="24"/>
        </w:rPr>
        <w:t xml:space="preserve"> </w:t>
      </w:r>
      <w:r w:rsidRPr="005E0605">
        <w:rPr>
          <w:rFonts w:cs="Times New Roman"/>
          <w:sz w:val="24"/>
          <w:szCs w:val="24"/>
        </w:rPr>
        <w:t>: ______________</w:t>
      </w:r>
    </w:p>
    <w:p w:rsidR="00A65DD7" w:rsidRPr="005E0605" w:rsidRDefault="005E0605" w:rsidP="005E0605">
      <w:pPr>
        <w:spacing w:after="0"/>
        <w:rPr>
          <w:rFonts w:cs="Times New Roman"/>
          <w:sz w:val="24"/>
          <w:szCs w:val="24"/>
        </w:rPr>
      </w:pPr>
      <w:proofErr w:type="gramStart"/>
      <w:r w:rsidRPr="005E0605">
        <w:rPr>
          <w:rFonts w:cs="Times New Roman"/>
          <w:sz w:val="24"/>
          <w:szCs w:val="24"/>
        </w:rPr>
        <w:t>Session</w:t>
      </w:r>
      <w:r>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2026–2027 | Semester</w:t>
      </w:r>
      <w:r>
        <w:rPr>
          <w:rFonts w:cs="Times New Roman"/>
          <w:sz w:val="24"/>
          <w:szCs w:val="24"/>
        </w:rPr>
        <w:t xml:space="preserve"> : July-</w:t>
      </w:r>
      <w:r w:rsidRPr="005E0605">
        <w:rPr>
          <w:rFonts w:cs="Times New Roman"/>
          <w:sz w:val="24"/>
          <w:szCs w:val="24"/>
        </w:rPr>
        <w:t>December 2026 | Progress up to</w:t>
      </w:r>
      <w:r>
        <w:rPr>
          <w:rFonts w:cs="Times New Roman"/>
          <w:sz w:val="24"/>
          <w:szCs w:val="24"/>
        </w:rPr>
        <w:t xml:space="preserve"> </w:t>
      </w:r>
      <w:r w:rsidRPr="005E0605">
        <w:rPr>
          <w:rFonts w:cs="Times New Roman"/>
          <w:sz w:val="24"/>
          <w:szCs w:val="24"/>
        </w:rPr>
        <w:t>: 30</w:t>
      </w:r>
      <w:r w:rsidRPr="005E0605">
        <w:rPr>
          <w:rFonts w:cs="Times New Roman"/>
          <w:sz w:val="24"/>
          <w:szCs w:val="24"/>
          <w:vertAlign w:val="superscript"/>
        </w:rPr>
        <w:t>th</w:t>
      </w:r>
      <w:r>
        <w:rPr>
          <w:rFonts w:cs="Times New Roman"/>
          <w:sz w:val="24"/>
          <w:szCs w:val="24"/>
        </w:rPr>
        <w:t xml:space="preserve"> </w:t>
      </w:r>
      <w:r w:rsidRPr="005E0605">
        <w:rPr>
          <w:rFonts w:cs="Times New Roman"/>
          <w:sz w:val="24"/>
          <w:szCs w:val="24"/>
        </w:rPr>
        <w:t>September 2026</w:t>
      </w:r>
    </w:p>
    <w:p w:rsidR="00A65DD7" w:rsidRPr="005E0605" w:rsidRDefault="005E0605" w:rsidP="005E0605">
      <w:pPr>
        <w:pStyle w:val="Heading1"/>
        <w:spacing w:before="0"/>
        <w:rPr>
          <w:rFonts w:ascii="Times New Roman" w:hAnsi="Times New Roman" w:cs="Times New Roman"/>
          <w:szCs w:val="24"/>
        </w:rPr>
      </w:pPr>
      <w:r w:rsidRPr="005E0605">
        <w:rPr>
          <w:rFonts w:ascii="Times New Roman" w:hAnsi="Times New Roman" w:cs="Times New Roman"/>
          <w:szCs w:val="24"/>
        </w:rPr>
        <w:t>4. SCHEDULED CLASSES NOT CONDUCTED</w:t>
      </w:r>
    </w:p>
    <w:tbl>
      <w:tblPr>
        <w:tblStyle w:val="TableGrid"/>
        <w:tblW w:w="0" w:type="auto"/>
        <w:tblLayout w:type="fixed"/>
        <w:tblLook w:val="04A0" w:firstRow="1" w:lastRow="0" w:firstColumn="1" w:lastColumn="0" w:noHBand="0" w:noVBand="1"/>
      </w:tblPr>
      <w:tblGrid>
        <w:gridCol w:w="680"/>
        <w:gridCol w:w="1701"/>
        <w:gridCol w:w="1587"/>
        <w:gridCol w:w="3061"/>
        <w:gridCol w:w="3288"/>
        <w:gridCol w:w="2608"/>
        <w:gridCol w:w="2324"/>
      </w:tblGrid>
      <w:tr w:rsidR="00A65DD7" w:rsidRPr="005E0605" w:rsidTr="005E0605">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Sl. No.</w:t>
            </w:r>
          </w:p>
        </w:tc>
        <w:tc>
          <w:tcPr>
            <w:tcW w:w="1701" w:type="dxa"/>
          </w:tcPr>
          <w:p w:rsidR="00A65DD7" w:rsidRPr="005E0605" w:rsidRDefault="005E0605" w:rsidP="005E0605">
            <w:pPr>
              <w:spacing w:after="0"/>
              <w:rPr>
                <w:rFonts w:cs="Times New Roman"/>
                <w:bCs/>
                <w:sz w:val="24"/>
                <w:szCs w:val="24"/>
              </w:rPr>
            </w:pPr>
            <w:r w:rsidRPr="005E0605">
              <w:rPr>
                <w:rFonts w:cs="Times New Roman"/>
                <w:bCs/>
                <w:sz w:val="24"/>
                <w:szCs w:val="24"/>
              </w:rPr>
              <w:t>Scheduled Date</w:t>
            </w:r>
          </w:p>
        </w:tc>
        <w:tc>
          <w:tcPr>
            <w:tcW w:w="1587" w:type="dxa"/>
          </w:tcPr>
          <w:p w:rsidR="00A65DD7" w:rsidRPr="005E0605" w:rsidRDefault="005E0605" w:rsidP="005E0605">
            <w:pPr>
              <w:spacing w:after="0"/>
              <w:rPr>
                <w:rFonts w:cs="Times New Roman"/>
                <w:bCs/>
                <w:sz w:val="24"/>
                <w:szCs w:val="24"/>
              </w:rPr>
            </w:pPr>
            <w:r w:rsidRPr="005E0605">
              <w:rPr>
                <w:rFonts w:cs="Times New Roman"/>
                <w:bCs/>
                <w:sz w:val="24"/>
                <w:szCs w:val="24"/>
              </w:rPr>
              <w:t>Scheduled Time</w:t>
            </w:r>
          </w:p>
        </w:tc>
        <w:tc>
          <w:tcPr>
            <w:tcW w:w="3061" w:type="dxa"/>
          </w:tcPr>
          <w:p w:rsidR="00A65DD7" w:rsidRPr="005E0605" w:rsidRDefault="005E0605" w:rsidP="005E0605">
            <w:pPr>
              <w:spacing w:after="0"/>
              <w:rPr>
                <w:rFonts w:cs="Times New Roman"/>
                <w:bCs/>
                <w:sz w:val="24"/>
                <w:szCs w:val="24"/>
              </w:rPr>
            </w:pPr>
            <w:r w:rsidRPr="005E0605">
              <w:rPr>
                <w:rFonts w:cs="Times New Roman"/>
                <w:bCs/>
                <w:sz w:val="24"/>
                <w:szCs w:val="24"/>
              </w:rPr>
              <w:t>Unit/Topic Planned</w:t>
            </w:r>
          </w:p>
        </w:tc>
        <w:tc>
          <w:tcPr>
            <w:tcW w:w="3288" w:type="dxa"/>
          </w:tcPr>
          <w:p w:rsidR="00A65DD7" w:rsidRPr="005E0605" w:rsidRDefault="005E0605" w:rsidP="005E0605">
            <w:pPr>
              <w:spacing w:after="0"/>
              <w:rPr>
                <w:rFonts w:cs="Times New Roman"/>
                <w:bCs/>
                <w:sz w:val="24"/>
                <w:szCs w:val="24"/>
              </w:rPr>
            </w:pPr>
            <w:r w:rsidRPr="005E0605">
              <w:rPr>
                <w:rFonts w:cs="Times New Roman"/>
                <w:bCs/>
                <w:sz w:val="24"/>
                <w:szCs w:val="24"/>
              </w:rPr>
              <w:t>Reason Class Was Not Conducted</w:t>
            </w:r>
          </w:p>
        </w:tc>
        <w:tc>
          <w:tcPr>
            <w:tcW w:w="2608" w:type="dxa"/>
          </w:tcPr>
          <w:p w:rsidR="00A65DD7" w:rsidRPr="005E0605" w:rsidRDefault="005E0605" w:rsidP="005E0605">
            <w:pPr>
              <w:spacing w:after="0"/>
              <w:rPr>
                <w:rFonts w:cs="Times New Roman"/>
                <w:bCs/>
                <w:sz w:val="24"/>
                <w:szCs w:val="24"/>
              </w:rPr>
            </w:pPr>
            <w:r w:rsidRPr="005E0605">
              <w:rPr>
                <w:rFonts w:cs="Times New Roman"/>
                <w:bCs/>
                <w:sz w:val="24"/>
                <w:szCs w:val="24"/>
              </w:rPr>
              <w:t>Replacement Class Date, if Conducted by 30 September</w:t>
            </w:r>
          </w:p>
        </w:tc>
        <w:tc>
          <w:tcPr>
            <w:tcW w:w="2324" w:type="dxa"/>
          </w:tcPr>
          <w:p w:rsidR="00A65DD7" w:rsidRPr="005E0605" w:rsidRDefault="005E0605" w:rsidP="005E0605">
            <w:pPr>
              <w:spacing w:after="0"/>
              <w:rPr>
                <w:rFonts w:cs="Times New Roman"/>
                <w:bCs/>
                <w:sz w:val="24"/>
                <w:szCs w:val="24"/>
              </w:rPr>
            </w:pPr>
            <w:r w:rsidRPr="005E0605">
              <w:rPr>
                <w:rFonts w:cs="Times New Roman"/>
                <w:bCs/>
                <w:sz w:val="24"/>
                <w:szCs w:val="24"/>
              </w:rPr>
              <w:t>Proposed Replacement Date, if Pending</w:t>
            </w: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1</w:t>
            </w:r>
          </w:p>
        </w:tc>
        <w:tc>
          <w:tcPr>
            <w:tcW w:w="1701" w:type="dxa"/>
          </w:tcPr>
          <w:p w:rsidR="00A65DD7" w:rsidRPr="005E0605" w:rsidRDefault="00A65DD7" w:rsidP="005E0605">
            <w:pPr>
              <w:spacing w:after="0"/>
              <w:rPr>
                <w:rFonts w:cs="Times New Roman"/>
                <w:bCs/>
                <w:sz w:val="24"/>
                <w:szCs w:val="24"/>
              </w:rPr>
            </w:pPr>
          </w:p>
        </w:tc>
        <w:tc>
          <w:tcPr>
            <w:tcW w:w="1587" w:type="dxa"/>
          </w:tcPr>
          <w:p w:rsidR="00A65DD7" w:rsidRPr="005E0605" w:rsidRDefault="00A65DD7" w:rsidP="005E0605">
            <w:pPr>
              <w:spacing w:after="0"/>
              <w:rPr>
                <w:rFonts w:cs="Times New Roman"/>
                <w:bCs/>
                <w:sz w:val="24"/>
                <w:szCs w:val="24"/>
              </w:rPr>
            </w:pPr>
          </w:p>
        </w:tc>
        <w:tc>
          <w:tcPr>
            <w:tcW w:w="3061" w:type="dxa"/>
          </w:tcPr>
          <w:p w:rsidR="00A65DD7" w:rsidRPr="005E0605" w:rsidRDefault="00A65DD7" w:rsidP="005E0605">
            <w:pPr>
              <w:spacing w:after="0"/>
              <w:rPr>
                <w:rFonts w:cs="Times New Roman"/>
                <w:bCs/>
                <w:sz w:val="24"/>
                <w:szCs w:val="24"/>
              </w:rPr>
            </w:pPr>
          </w:p>
        </w:tc>
        <w:tc>
          <w:tcPr>
            <w:tcW w:w="3288" w:type="dxa"/>
          </w:tcPr>
          <w:p w:rsidR="00A65DD7" w:rsidRPr="005E0605" w:rsidRDefault="00A65DD7" w:rsidP="005E0605">
            <w:pPr>
              <w:spacing w:after="0"/>
              <w:rPr>
                <w:rFonts w:cs="Times New Roman"/>
                <w:bCs/>
                <w:sz w:val="24"/>
                <w:szCs w:val="24"/>
              </w:rPr>
            </w:pPr>
          </w:p>
        </w:tc>
        <w:tc>
          <w:tcPr>
            <w:tcW w:w="2608" w:type="dxa"/>
          </w:tcPr>
          <w:p w:rsidR="00A65DD7" w:rsidRPr="005E0605" w:rsidRDefault="00A65DD7" w:rsidP="005E0605">
            <w:pPr>
              <w:spacing w:after="0"/>
              <w:rPr>
                <w:rFonts w:cs="Times New Roman"/>
                <w:bCs/>
                <w:sz w:val="24"/>
                <w:szCs w:val="24"/>
              </w:rPr>
            </w:pPr>
          </w:p>
        </w:tc>
        <w:tc>
          <w:tcPr>
            <w:tcW w:w="2324"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2</w:t>
            </w:r>
          </w:p>
        </w:tc>
        <w:tc>
          <w:tcPr>
            <w:tcW w:w="1701" w:type="dxa"/>
          </w:tcPr>
          <w:p w:rsidR="00A65DD7" w:rsidRPr="005E0605" w:rsidRDefault="00A65DD7" w:rsidP="005E0605">
            <w:pPr>
              <w:spacing w:after="0"/>
              <w:rPr>
                <w:rFonts w:cs="Times New Roman"/>
                <w:bCs/>
                <w:sz w:val="24"/>
                <w:szCs w:val="24"/>
              </w:rPr>
            </w:pPr>
          </w:p>
        </w:tc>
        <w:tc>
          <w:tcPr>
            <w:tcW w:w="1587" w:type="dxa"/>
          </w:tcPr>
          <w:p w:rsidR="00A65DD7" w:rsidRPr="005E0605" w:rsidRDefault="00A65DD7" w:rsidP="005E0605">
            <w:pPr>
              <w:spacing w:after="0"/>
              <w:rPr>
                <w:rFonts w:cs="Times New Roman"/>
                <w:bCs/>
                <w:sz w:val="24"/>
                <w:szCs w:val="24"/>
              </w:rPr>
            </w:pPr>
          </w:p>
        </w:tc>
        <w:tc>
          <w:tcPr>
            <w:tcW w:w="3061" w:type="dxa"/>
          </w:tcPr>
          <w:p w:rsidR="00A65DD7" w:rsidRPr="005E0605" w:rsidRDefault="00A65DD7" w:rsidP="005E0605">
            <w:pPr>
              <w:spacing w:after="0"/>
              <w:rPr>
                <w:rFonts w:cs="Times New Roman"/>
                <w:bCs/>
                <w:sz w:val="24"/>
                <w:szCs w:val="24"/>
              </w:rPr>
            </w:pPr>
          </w:p>
        </w:tc>
        <w:tc>
          <w:tcPr>
            <w:tcW w:w="3288" w:type="dxa"/>
          </w:tcPr>
          <w:p w:rsidR="00A65DD7" w:rsidRPr="005E0605" w:rsidRDefault="00A65DD7" w:rsidP="005E0605">
            <w:pPr>
              <w:spacing w:after="0"/>
              <w:rPr>
                <w:rFonts w:cs="Times New Roman"/>
                <w:bCs/>
                <w:sz w:val="24"/>
                <w:szCs w:val="24"/>
              </w:rPr>
            </w:pPr>
          </w:p>
        </w:tc>
        <w:tc>
          <w:tcPr>
            <w:tcW w:w="2608" w:type="dxa"/>
          </w:tcPr>
          <w:p w:rsidR="00A65DD7" w:rsidRPr="005E0605" w:rsidRDefault="00A65DD7" w:rsidP="005E0605">
            <w:pPr>
              <w:spacing w:after="0"/>
              <w:rPr>
                <w:rFonts w:cs="Times New Roman"/>
                <w:bCs/>
                <w:sz w:val="24"/>
                <w:szCs w:val="24"/>
              </w:rPr>
            </w:pPr>
          </w:p>
        </w:tc>
        <w:tc>
          <w:tcPr>
            <w:tcW w:w="2324"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3</w:t>
            </w:r>
          </w:p>
        </w:tc>
        <w:tc>
          <w:tcPr>
            <w:tcW w:w="1701" w:type="dxa"/>
          </w:tcPr>
          <w:p w:rsidR="00A65DD7" w:rsidRPr="005E0605" w:rsidRDefault="00A65DD7" w:rsidP="005E0605">
            <w:pPr>
              <w:spacing w:after="0"/>
              <w:rPr>
                <w:rFonts w:cs="Times New Roman"/>
                <w:bCs/>
                <w:sz w:val="24"/>
                <w:szCs w:val="24"/>
              </w:rPr>
            </w:pPr>
          </w:p>
        </w:tc>
        <w:tc>
          <w:tcPr>
            <w:tcW w:w="1587" w:type="dxa"/>
          </w:tcPr>
          <w:p w:rsidR="00A65DD7" w:rsidRPr="005E0605" w:rsidRDefault="00A65DD7" w:rsidP="005E0605">
            <w:pPr>
              <w:spacing w:after="0"/>
              <w:rPr>
                <w:rFonts w:cs="Times New Roman"/>
                <w:bCs/>
                <w:sz w:val="24"/>
                <w:szCs w:val="24"/>
              </w:rPr>
            </w:pPr>
          </w:p>
        </w:tc>
        <w:tc>
          <w:tcPr>
            <w:tcW w:w="3061" w:type="dxa"/>
          </w:tcPr>
          <w:p w:rsidR="00A65DD7" w:rsidRPr="005E0605" w:rsidRDefault="00A65DD7" w:rsidP="005E0605">
            <w:pPr>
              <w:spacing w:after="0"/>
              <w:rPr>
                <w:rFonts w:cs="Times New Roman"/>
                <w:bCs/>
                <w:sz w:val="24"/>
                <w:szCs w:val="24"/>
              </w:rPr>
            </w:pPr>
          </w:p>
        </w:tc>
        <w:tc>
          <w:tcPr>
            <w:tcW w:w="3288" w:type="dxa"/>
          </w:tcPr>
          <w:p w:rsidR="00A65DD7" w:rsidRPr="005E0605" w:rsidRDefault="00A65DD7" w:rsidP="005E0605">
            <w:pPr>
              <w:spacing w:after="0"/>
              <w:rPr>
                <w:rFonts w:cs="Times New Roman"/>
                <w:bCs/>
                <w:sz w:val="24"/>
                <w:szCs w:val="24"/>
              </w:rPr>
            </w:pPr>
          </w:p>
        </w:tc>
        <w:tc>
          <w:tcPr>
            <w:tcW w:w="2608" w:type="dxa"/>
          </w:tcPr>
          <w:p w:rsidR="00A65DD7" w:rsidRPr="005E0605" w:rsidRDefault="00A65DD7" w:rsidP="005E0605">
            <w:pPr>
              <w:spacing w:after="0"/>
              <w:rPr>
                <w:rFonts w:cs="Times New Roman"/>
                <w:bCs/>
                <w:sz w:val="24"/>
                <w:szCs w:val="24"/>
              </w:rPr>
            </w:pPr>
          </w:p>
        </w:tc>
        <w:tc>
          <w:tcPr>
            <w:tcW w:w="2324"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4</w:t>
            </w:r>
          </w:p>
        </w:tc>
        <w:tc>
          <w:tcPr>
            <w:tcW w:w="1701" w:type="dxa"/>
          </w:tcPr>
          <w:p w:rsidR="00A65DD7" w:rsidRPr="005E0605" w:rsidRDefault="00A65DD7" w:rsidP="005E0605">
            <w:pPr>
              <w:spacing w:after="0"/>
              <w:rPr>
                <w:rFonts w:cs="Times New Roman"/>
                <w:bCs/>
                <w:sz w:val="24"/>
                <w:szCs w:val="24"/>
              </w:rPr>
            </w:pPr>
          </w:p>
        </w:tc>
        <w:tc>
          <w:tcPr>
            <w:tcW w:w="1587" w:type="dxa"/>
          </w:tcPr>
          <w:p w:rsidR="00A65DD7" w:rsidRPr="005E0605" w:rsidRDefault="00A65DD7" w:rsidP="005E0605">
            <w:pPr>
              <w:spacing w:after="0"/>
              <w:rPr>
                <w:rFonts w:cs="Times New Roman"/>
                <w:bCs/>
                <w:sz w:val="24"/>
                <w:szCs w:val="24"/>
              </w:rPr>
            </w:pPr>
          </w:p>
        </w:tc>
        <w:tc>
          <w:tcPr>
            <w:tcW w:w="3061" w:type="dxa"/>
          </w:tcPr>
          <w:p w:rsidR="00A65DD7" w:rsidRPr="005E0605" w:rsidRDefault="00A65DD7" w:rsidP="005E0605">
            <w:pPr>
              <w:spacing w:after="0"/>
              <w:rPr>
                <w:rFonts w:cs="Times New Roman"/>
                <w:bCs/>
                <w:sz w:val="24"/>
                <w:szCs w:val="24"/>
              </w:rPr>
            </w:pPr>
          </w:p>
        </w:tc>
        <w:tc>
          <w:tcPr>
            <w:tcW w:w="3288" w:type="dxa"/>
          </w:tcPr>
          <w:p w:rsidR="00A65DD7" w:rsidRPr="005E0605" w:rsidRDefault="00A65DD7" w:rsidP="005E0605">
            <w:pPr>
              <w:spacing w:after="0"/>
              <w:rPr>
                <w:rFonts w:cs="Times New Roman"/>
                <w:bCs/>
                <w:sz w:val="24"/>
                <w:szCs w:val="24"/>
              </w:rPr>
            </w:pPr>
          </w:p>
        </w:tc>
        <w:tc>
          <w:tcPr>
            <w:tcW w:w="2608" w:type="dxa"/>
          </w:tcPr>
          <w:p w:rsidR="00A65DD7" w:rsidRPr="005E0605" w:rsidRDefault="00A65DD7" w:rsidP="005E0605">
            <w:pPr>
              <w:spacing w:after="0"/>
              <w:rPr>
                <w:rFonts w:cs="Times New Roman"/>
                <w:bCs/>
                <w:sz w:val="24"/>
                <w:szCs w:val="24"/>
              </w:rPr>
            </w:pPr>
          </w:p>
        </w:tc>
        <w:tc>
          <w:tcPr>
            <w:tcW w:w="2324"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5</w:t>
            </w:r>
          </w:p>
        </w:tc>
        <w:tc>
          <w:tcPr>
            <w:tcW w:w="1701" w:type="dxa"/>
          </w:tcPr>
          <w:p w:rsidR="00A65DD7" w:rsidRPr="005E0605" w:rsidRDefault="00A65DD7" w:rsidP="005E0605">
            <w:pPr>
              <w:spacing w:after="0"/>
              <w:rPr>
                <w:rFonts w:cs="Times New Roman"/>
                <w:bCs/>
                <w:sz w:val="24"/>
                <w:szCs w:val="24"/>
              </w:rPr>
            </w:pPr>
          </w:p>
        </w:tc>
        <w:tc>
          <w:tcPr>
            <w:tcW w:w="1587" w:type="dxa"/>
          </w:tcPr>
          <w:p w:rsidR="00A65DD7" w:rsidRPr="005E0605" w:rsidRDefault="00A65DD7" w:rsidP="005E0605">
            <w:pPr>
              <w:spacing w:after="0"/>
              <w:rPr>
                <w:rFonts w:cs="Times New Roman"/>
                <w:bCs/>
                <w:sz w:val="24"/>
                <w:szCs w:val="24"/>
              </w:rPr>
            </w:pPr>
          </w:p>
        </w:tc>
        <w:tc>
          <w:tcPr>
            <w:tcW w:w="3061" w:type="dxa"/>
          </w:tcPr>
          <w:p w:rsidR="00A65DD7" w:rsidRPr="005E0605" w:rsidRDefault="00A65DD7" w:rsidP="005E0605">
            <w:pPr>
              <w:spacing w:after="0"/>
              <w:rPr>
                <w:rFonts w:cs="Times New Roman"/>
                <w:bCs/>
                <w:sz w:val="24"/>
                <w:szCs w:val="24"/>
              </w:rPr>
            </w:pPr>
          </w:p>
        </w:tc>
        <w:tc>
          <w:tcPr>
            <w:tcW w:w="3288" w:type="dxa"/>
          </w:tcPr>
          <w:p w:rsidR="00A65DD7" w:rsidRPr="005E0605" w:rsidRDefault="00A65DD7" w:rsidP="005E0605">
            <w:pPr>
              <w:spacing w:after="0"/>
              <w:rPr>
                <w:rFonts w:cs="Times New Roman"/>
                <w:bCs/>
                <w:sz w:val="24"/>
                <w:szCs w:val="24"/>
              </w:rPr>
            </w:pPr>
          </w:p>
        </w:tc>
        <w:tc>
          <w:tcPr>
            <w:tcW w:w="2608" w:type="dxa"/>
          </w:tcPr>
          <w:p w:rsidR="00A65DD7" w:rsidRPr="005E0605" w:rsidRDefault="00A65DD7" w:rsidP="005E0605">
            <w:pPr>
              <w:spacing w:after="0"/>
              <w:rPr>
                <w:rFonts w:cs="Times New Roman"/>
                <w:bCs/>
                <w:sz w:val="24"/>
                <w:szCs w:val="24"/>
              </w:rPr>
            </w:pPr>
          </w:p>
        </w:tc>
        <w:tc>
          <w:tcPr>
            <w:tcW w:w="2324"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6</w:t>
            </w:r>
          </w:p>
        </w:tc>
        <w:tc>
          <w:tcPr>
            <w:tcW w:w="1701" w:type="dxa"/>
          </w:tcPr>
          <w:p w:rsidR="00A65DD7" w:rsidRPr="005E0605" w:rsidRDefault="00A65DD7" w:rsidP="005E0605">
            <w:pPr>
              <w:spacing w:after="0"/>
              <w:rPr>
                <w:rFonts w:cs="Times New Roman"/>
                <w:bCs/>
                <w:sz w:val="24"/>
                <w:szCs w:val="24"/>
              </w:rPr>
            </w:pPr>
          </w:p>
        </w:tc>
        <w:tc>
          <w:tcPr>
            <w:tcW w:w="1587" w:type="dxa"/>
          </w:tcPr>
          <w:p w:rsidR="00A65DD7" w:rsidRPr="005E0605" w:rsidRDefault="00A65DD7" w:rsidP="005E0605">
            <w:pPr>
              <w:spacing w:after="0"/>
              <w:rPr>
                <w:rFonts w:cs="Times New Roman"/>
                <w:bCs/>
                <w:sz w:val="24"/>
                <w:szCs w:val="24"/>
              </w:rPr>
            </w:pPr>
          </w:p>
        </w:tc>
        <w:tc>
          <w:tcPr>
            <w:tcW w:w="3061" w:type="dxa"/>
          </w:tcPr>
          <w:p w:rsidR="00A65DD7" w:rsidRPr="005E0605" w:rsidRDefault="00A65DD7" w:rsidP="005E0605">
            <w:pPr>
              <w:spacing w:after="0"/>
              <w:rPr>
                <w:rFonts w:cs="Times New Roman"/>
                <w:bCs/>
                <w:sz w:val="24"/>
                <w:szCs w:val="24"/>
              </w:rPr>
            </w:pPr>
          </w:p>
        </w:tc>
        <w:tc>
          <w:tcPr>
            <w:tcW w:w="3288" w:type="dxa"/>
          </w:tcPr>
          <w:p w:rsidR="00A65DD7" w:rsidRPr="005E0605" w:rsidRDefault="00A65DD7" w:rsidP="005E0605">
            <w:pPr>
              <w:spacing w:after="0"/>
              <w:rPr>
                <w:rFonts w:cs="Times New Roman"/>
                <w:bCs/>
                <w:sz w:val="24"/>
                <w:szCs w:val="24"/>
              </w:rPr>
            </w:pPr>
          </w:p>
        </w:tc>
        <w:tc>
          <w:tcPr>
            <w:tcW w:w="2608" w:type="dxa"/>
          </w:tcPr>
          <w:p w:rsidR="00A65DD7" w:rsidRPr="005E0605" w:rsidRDefault="00A65DD7" w:rsidP="005E0605">
            <w:pPr>
              <w:spacing w:after="0"/>
              <w:rPr>
                <w:rFonts w:cs="Times New Roman"/>
                <w:bCs/>
                <w:sz w:val="24"/>
                <w:szCs w:val="24"/>
              </w:rPr>
            </w:pPr>
          </w:p>
        </w:tc>
        <w:tc>
          <w:tcPr>
            <w:tcW w:w="2324"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7</w:t>
            </w:r>
          </w:p>
        </w:tc>
        <w:tc>
          <w:tcPr>
            <w:tcW w:w="1701" w:type="dxa"/>
          </w:tcPr>
          <w:p w:rsidR="00A65DD7" w:rsidRPr="005E0605" w:rsidRDefault="00A65DD7" w:rsidP="005E0605">
            <w:pPr>
              <w:spacing w:after="0"/>
              <w:rPr>
                <w:rFonts w:cs="Times New Roman"/>
                <w:bCs/>
                <w:sz w:val="24"/>
                <w:szCs w:val="24"/>
              </w:rPr>
            </w:pPr>
          </w:p>
        </w:tc>
        <w:tc>
          <w:tcPr>
            <w:tcW w:w="1587" w:type="dxa"/>
          </w:tcPr>
          <w:p w:rsidR="00A65DD7" w:rsidRPr="005E0605" w:rsidRDefault="00A65DD7" w:rsidP="005E0605">
            <w:pPr>
              <w:spacing w:after="0"/>
              <w:rPr>
                <w:rFonts w:cs="Times New Roman"/>
                <w:bCs/>
                <w:sz w:val="24"/>
                <w:szCs w:val="24"/>
              </w:rPr>
            </w:pPr>
          </w:p>
        </w:tc>
        <w:tc>
          <w:tcPr>
            <w:tcW w:w="3061" w:type="dxa"/>
          </w:tcPr>
          <w:p w:rsidR="00A65DD7" w:rsidRPr="005E0605" w:rsidRDefault="00A65DD7" w:rsidP="005E0605">
            <w:pPr>
              <w:spacing w:after="0"/>
              <w:rPr>
                <w:rFonts w:cs="Times New Roman"/>
                <w:bCs/>
                <w:sz w:val="24"/>
                <w:szCs w:val="24"/>
              </w:rPr>
            </w:pPr>
          </w:p>
        </w:tc>
        <w:tc>
          <w:tcPr>
            <w:tcW w:w="3288" w:type="dxa"/>
          </w:tcPr>
          <w:p w:rsidR="00A65DD7" w:rsidRPr="005E0605" w:rsidRDefault="00A65DD7" w:rsidP="005E0605">
            <w:pPr>
              <w:spacing w:after="0"/>
              <w:rPr>
                <w:rFonts w:cs="Times New Roman"/>
                <w:bCs/>
                <w:sz w:val="24"/>
                <w:szCs w:val="24"/>
              </w:rPr>
            </w:pPr>
          </w:p>
        </w:tc>
        <w:tc>
          <w:tcPr>
            <w:tcW w:w="2608" w:type="dxa"/>
          </w:tcPr>
          <w:p w:rsidR="00A65DD7" w:rsidRPr="005E0605" w:rsidRDefault="00A65DD7" w:rsidP="005E0605">
            <w:pPr>
              <w:spacing w:after="0"/>
              <w:rPr>
                <w:rFonts w:cs="Times New Roman"/>
                <w:bCs/>
                <w:sz w:val="24"/>
                <w:szCs w:val="24"/>
              </w:rPr>
            </w:pPr>
          </w:p>
        </w:tc>
        <w:tc>
          <w:tcPr>
            <w:tcW w:w="2324"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8</w:t>
            </w:r>
          </w:p>
        </w:tc>
        <w:tc>
          <w:tcPr>
            <w:tcW w:w="1701" w:type="dxa"/>
          </w:tcPr>
          <w:p w:rsidR="00A65DD7" w:rsidRPr="005E0605" w:rsidRDefault="00A65DD7" w:rsidP="005E0605">
            <w:pPr>
              <w:spacing w:after="0"/>
              <w:rPr>
                <w:rFonts w:cs="Times New Roman"/>
                <w:bCs/>
                <w:sz w:val="24"/>
                <w:szCs w:val="24"/>
              </w:rPr>
            </w:pPr>
          </w:p>
        </w:tc>
        <w:tc>
          <w:tcPr>
            <w:tcW w:w="1587" w:type="dxa"/>
          </w:tcPr>
          <w:p w:rsidR="00A65DD7" w:rsidRPr="005E0605" w:rsidRDefault="00A65DD7" w:rsidP="005E0605">
            <w:pPr>
              <w:spacing w:after="0"/>
              <w:rPr>
                <w:rFonts w:cs="Times New Roman"/>
                <w:bCs/>
                <w:sz w:val="24"/>
                <w:szCs w:val="24"/>
              </w:rPr>
            </w:pPr>
          </w:p>
        </w:tc>
        <w:tc>
          <w:tcPr>
            <w:tcW w:w="3061" w:type="dxa"/>
          </w:tcPr>
          <w:p w:rsidR="00A65DD7" w:rsidRPr="005E0605" w:rsidRDefault="00A65DD7" w:rsidP="005E0605">
            <w:pPr>
              <w:spacing w:after="0"/>
              <w:rPr>
                <w:rFonts w:cs="Times New Roman"/>
                <w:bCs/>
                <w:sz w:val="24"/>
                <w:szCs w:val="24"/>
              </w:rPr>
            </w:pPr>
          </w:p>
        </w:tc>
        <w:tc>
          <w:tcPr>
            <w:tcW w:w="3288" w:type="dxa"/>
          </w:tcPr>
          <w:p w:rsidR="00A65DD7" w:rsidRPr="005E0605" w:rsidRDefault="00A65DD7" w:rsidP="005E0605">
            <w:pPr>
              <w:spacing w:after="0"/>
              <w:rPr>
                <w:rFonts w:cs="Times New Roman"/>
                <w:bCs/>
                <w:sz w:val="24"/>
                <w:szCs w:val="24"/>
              </w:rPr>
            </w:pPr>
          </w:p>
        </w:tc>
        <w:tc>
          <w:tcPr>
            <w:tcW w:w="2608" w:type="dxa"/>
          </w:tcPr>
          <w:p w:rsidR="00A65DD7" w:rsidRPr="005E0605" w:rsidRDefault="00A65DD7" w:rsidP="005E0605">
            <w:pPr>
              <w:spacing w:after="0"/>
              <w:rPr>
                <w:rFonts w:cs="Times New Roman"/>
                <w:bCs/>
                <w:sz w:val="24"/>
                <w:szCs w:val="24"/>
              </w:rPr>
            </w:pPr>
          </w:p>
        </w:tc>
        <w:tc>
          <w:tcPr>
            <w:tcW w:w="2324"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9</w:t>
            </w:r>
          </w:p>
        </w:tc>
        <w:tc>
          <w:tcPr>
            <w:tcW w:w="1701" w:type="dxa"/>
          </w:tcPr>
          <w:p w:rsidR="00A65DD7" w:rsidRPr="005E0605" w:rsidRDefault="00A65DD7" w:rsidP="005E0605">
            <w:pPr>
              <w:spacing w:after="0"/>
              <w:rPr>
                <w:rFonts w:cs="Times New Roman"/>
                <w:bCs/>
                <w:sz w:val="24"/>
                <w:szCs w:val="24"/>
              </w:rPr>
            </w:pPr>
          </w:p>
        </w:tc>
        <w:tc>
          <w:tcPr>
            <w:tcW w:w="1587" w:type="dxa"/>
          </w:tcPr>
          <w:p w:rsidR="00A65DD7" w:rsidRPr="005E0605" w:rsidRDefault="00A65DD7" w:rsidP="005E0605">
            <w:pPr>
              <w:spacing w:after="0"/>
              <w:rPr>
                <w:rFonts w:cs="Times New Roman"/>
                <w:bCs/>
                <w:sz w:val="24"/>
                <w:szCs w:val="24"/>
              </w:rPr>
            </w:pPr>
          </w:p>
        </w:tc>
        <w:tc>
          <w:tcPr>
            <w:tcW w:w="3061" w:type="dxa"/>
          </w:tcPr>
          <w:p w:rsidR="00A65DD7" w:rsidRPr="005E0605" w:rsidRDefault="00A65DD7" w:rsidP="005E0605">
            <w:pPr>
              <w:spacing w:after="0"/>
              <w:rPr>
                <w:rFonts w:cs="Times New Roman"/>
                <w:bCs/>
                <w:sz w:val="24"/>
                <w:szCs w:val="24"/>
              </w:rPr>
            </w:pPr>
          </w:p>
        </w:tc>
        <w:tc>
          <w:tcPr>
            <w:tcW w:w="3288" w:type="dxa"/>
          </w:tcPr>
          <w:p w:rsidR="00A65DD7" w:rsidRPr="005E0605" w:rsidRDefault="00A65DD7" w:rsidP="005E0605">
            <w:pPr>
              <w:spacing w:after="0"/>
              <w:rPr>
                <w:rFonts w:cs="Times New Roman"/>
                <w:bCs/>
                <w:sz w:val="24"/>
                <w:szCs w:val="24"/>
              </w:rPr>
            </w:pPr>
          </w:p>
        </w:tc>
        <w:tc>
          <w:tcPr>
            <w:tcW w:w="2608" w:type="dxa"/>
          </w:tcPr>
          <w:p w:rsidR="00A65DD7" w:rsidRPr="005E0605" w:rsidRDefault="00A65DD7" w:rsidP="005E0605">
            <w:pPr>
              <w:spacing w:after="0"/>
              <w:rPr>
                <w:rFonts w:cs="Times New Roman"/>
                <w:bCs/>
                <w:sz w:val="24"/>
                <w:szCs w:val="24"/>
              </w:rPr>
            </w:pPr>
          </w:p>
        </w:tc>
        <w:tc>
          <w:tcPr>
            <w:tcW w:w="2324" w:type="dxa"/>
          </w:tcPr>
          <w:p w:rsidR="00A65DD7" w:rsidRPr="005E0605" w:rsidRDefault="00A65DD7" w:rsidP="005E0605">
            <w:pPr>
              <w:spacing w:after="0"/>
              <w:rPr>
                <w:rFonts w:cs="Times New Roman"/>
                <w:bCs/>
                <w:sz w:val="24"/>
                <w:szCs w:val="24"/>
              </w:rPr>
            </w:pPr>
          </w:p>
        </w:tc>
      </w:tr>
      <w:tr w:rsidR="00A65DD7" w:rsidRPr="005E0605" w:rsidTr="005E0605">
        <w:trPr>
          <w:trHeight w:val="567"/>
        </w:trPr>
        <w:tc>
          <w:tcPr>
            <w:tcW w:w="680" w:type="dxa"/>
          </w:tcPr>
          <w:p w:rsidR="00A65DD7" w:rsidRPr="005E0605" w:rsidRDefault="005E0605" w:rsidP="005E0605">
            <w:pPr>
              <w:spacing w:after="0"/>
              <w:rPr>
                <w:rFonts w:cs="Times New Roman"/>
                <w:bCs/>
                <w:sz w:val="24"/>
                <w:szCs w:val="24"/>
              </w:rPr>
            </w:pPr>
            <w:r w:rsidRPr="005E0605">
              <w:rPr>
                <w:rFonts w:cs="Times New Roman"/>
                <w:bCs/>
                <w:sz w:val="24"/>
                <w:szCs w:val="24"/>
              </w:rPr>
              <w:t>10</w:t>
            </w:r>
          </w:p>
        </w:tc>
        <w:tc>
          <w:tcPr>
            <w:tcW w:w="1701" w:type="dxa"/>
          </w:tcPr>
          <w:p w:rsidR="00A65DD7" w:rsidRPr="005E0605" w:rsidRDefault="00A65DD7" w:rsidP="005E0605">
            <w:pPr>
              <w:spacing w:after="0"/>
              <w:rPr>
                <w:rFonts w:cs="Times New Roman"/>
                <w:bCs/>
                <w:sz w:val="24"/>
                <w:szCs w:val="24"/>
              </w:rPr>
            </w:pPr>
          </w:p>
        </w:tc>
        <w:tc>
          <w:tcPr>
            <w:tcW w:w="1587" w:type="dxa"/>
          </w:tcPr>
          <w:p w:rsidR="00A65DD7" w:rsidRPr="005E0605" w:rsidRDefault="00A65DD7" w:rsidP="005E0605">
            <w:pPr>
              <w:spacing w:after="0"/>
              <w:rPr>
                <w:rFonts w:cs="Times New Roman"/>
                <w:bCs/>
                <w:sz w:val="24"/>
                <w:szCs w:val="24"/>
              </w:rPr>
            </w:pPr>
          </w:p>
        </w:tc>
        <w:tc>
          <w:tcPr>
            <w:tcW w:w="3061" w:type="dxa"/>
          </w:tcPr>
          <w:p w:rsidR="00A65DD7" w:rsidRPr="005E0605" w:rsidRDefault="00A65DD7" w:rsidP="005E0605">
            <w:pPr>
              <w:spacing w:after="0"/>
              <w:rPr>
                <w:rFonts w:cs="Times New Roman"/>
                <w:bCs/>
                <w:sz w:val="24"/>
                <w:szCs w:val="24"/>
              </w:rPr>
            </w:pPr>
          </w:p>
        </w:tc>
        <w:tc>
          <w:tcPr>
            <w:tcW w:w="3288" w:type="dxa"/>
          </w:tcPr>
          <w:p w:rsidR="00A65DD7" w:rsidRPr="005E0605" w:rsidRDefault="00A65DD7" w:rsidP="005E0605">
            <w:pPr>
              <w:spacing w:after="0"/>
              <w:rPr>
                <w:rFonts w:cs="Times New Roman"/>
                <w:bCs/>
                <w:sz w:val="24"/>
                <w:szCs w:val="24"/>
              </w:rPr>
            </w:pPr>
          </w:p>
        </w:tc>
        <w:tc>
          <w:tcPr>
            <w:tcW w:w="2608" w:type="dxa"/>
          </w:tcPr>
          <w:p w:rsidR="00A65DD7" w:rsidRPr="005E0605" w:rsidRDefault="00A65DD7" w:rsidP="005E0605">
            <w:pPr>
              <w:spacing w:after="0"/>
              <w:rPr>
                <w:rFonts w:cs="Times New Roman"/>
                <w:bCs/>
                <w:sz w:val="24"/>
                <w:szCs w:val="24"/>
              </w:rPr>
            </w:pPr>
          </w:p>
        </w:tc>
        <w:tc>
          <w:tcPr>
            <w:tcW w:w="2324" w:type="dxa"/>
          </w:tcPr>
          <w:p w:rsidR="00A65DD7" w:rsidRPr="005E0605" w:rsidRDefault="00A65DD7" w:rsidP="005E0605">
            <w:pPr>
              <w:spacing w:after="0"/>
              <w:rPr>
                <w:rFonts w:cs="Times New Roman"/>
                <w:bCs/>
                <w:sz w:val="24"/>
                <w:szCs w:val="24"/>
              </w:rPr>
            </w:pPr>
          </w:p>
        </w:tc>
      </w:tr>
    </w:tbl>
    <w:p w:rsidR="00A65DD7" w:rsidRPr="005E0605" w:rsidRDefault="005E0605" w:rsidP="005E0605">
      <w:pPr>
        <w:spacing w:after="0"/>
        <w:rPr>
          <w:rFonts w:cs="Times New Roman"/>
          <w:sz w:val="24"/>
          <w:szCs w:val="24"/>
        </w:rPr>
      </w:pPr>
      <w:r w:rsidRPr="005E0605">
        <w:rPr>
          <w:rFonts w:cs="Times New Roman"/>
          <w:sz w:val="24"/>
          <w:szCs w:val="24"/>
        </w:rPr>
        <w:br w:type="page"/>
      </w:r>
    </w:p>
    <w:p w:rsidR="00A65DD7" w:rsidRPr="005E0605" w:rsidRDefault="005E0605" w:rsidP="005E0605">
      <w:pPr>
        <w:spacing w:after="0"/>
        <w:rPr>
          <w:rFonts w:cs="Times New Roman"/>
          <w:sz w:val="24"/>
          <w:szCs w:val="24"/>
        </w:rPr>
      </w:pPr>
      <w:r w:rsidRPr="005E0605">
        <w:rPr>
          <w:rFonts w:cs="Times New Roman"/>
          <w:b/>
          <w:sz w:val="24"/>
          <w:szCs w:val="24"/>
        </w:rPr>
        <w:lastRenderedPageBreak/>
        <w:t>AUNIATI UNIVERSITY | COURSE-WISE AND PAPER-WISE SYLLABUS PROGRESS REPORT</w:t>
      </w:r>
    </w:p>
    <w:p w:rsidR="00A65DD7" w:rsidRPr="005E0605" w:rsidRDefault="005E0605" w:rsidP="005E0605">
      <w:pPr>
        <w:spacing w:after="0"/>
        <w:rPr>
          <w:rFonts w:cs="Times New Roman"/>
          <w:sz w:val="24"/>
          <w:szCs w:val="24"/>
        </w:rPr>
      </w:pPr>
      <w:proofErr w:type="gramStart"/>
      <w:r w:rsidRPr="005E0605">
        <w:rPr>
          <w:rFonts w:cs="Times New Roman"/>
          <w:sz w:val="24"/>
          <w:szCs w:val="24"/>
        </w:rPr>
        <w:t>Faculty</w:t>
      </w:r>
      <w:r w:rsidR="009A54A4">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   Department</w:t>
      </w:r>
      <w:r w:rsidR="009A54A4">
        <w:rPr>
          <w:rFonts w:cs="Times New Roman"/>
          <w:sz w:val="24"/>
          <w:szCs w:val="24"/>
        </w:rPr>
        <w:t xml:space="preserve"> </w:t>
      </w:r>
      <w:r w:rsidRPr="005E0605">
        <w:rPr>
          <w:rFonts w:cs="Times New Roman"/>
          <w:sz w:val="24"/>
          <w:szCs w:val="24"/>
        </w:rPr>
        <w:t>: ____________________   Course/Paper Code</w:t>
      </w:r>
      <w:r w:rsidR="009A54A4">
        <w:rPr>
          <w:rFonts w:cs="Times New Roman"/>
          <w:sz w:val="24"/>
          <w:szCs w:val="24"/>
        </w:rPr>
        <w:t xml:space="preserve"> </w:t>
      </w:r>
      <w:r w:rsidRPr="005E0605">
        <w:rPr>
          <w:rFonts w:cs="Times New Roman"/>
          <w:sz w:val="24"/>
          <w:szCs w:val="24"/>
        </w:rPr>
        <w:t>: ______________</w:t>
      </w:r>
    </w:p>
    <w:p w:rsidR="00A65DD7" w:rsidRPr="005E0605" w:rsidRDefault="005E0605" w:rsidP="005E0605">
      <w:pPr>
        <w:spacing w:after="0"/>
        <w:rPr>
          <w:rFonts w:cs="Times New Roman"/>
          <w:sz w:val="24"/>
          <w:szCs w:val="24"/>
        </w:rPr>
      </w:pPr>
      <w:proofErr w:type="gramStart"/>
      <w:r w:rsidRPr="005E0605">
        <w:rPr>
          <w:rFonts w:cs="Times New Roman"/>
          <w:sz w:val="24"/>
          <w:szCs w:val="24"/>
        </w:rPr>
        <w:t>Session</w:t>
      </w:r>
      <w:r w:rsidR="009A54A4">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2026–2027 | Semester</w:t>
      </w:r>
      <w:r w:rsidR="009A54A4">
        <w:rPr>
          <w:rFonts w:cs="Times New Roman"/>
          <w:sz w:val="24"/>
          <w:szCs w:val="24"/>
        </w:rPr>
        <w:t xml:space="preserve"> </w:t>
      </w:r>
      <w:r w:rsidRPr="005E0605">
        <w:rPr>
          <w:rFonts w:cs="Times New Roman"/>
          <w:sz w:val="24"/>
          <w:szCs w:val="24"/>
        </w:rPr>
        <w:t>: July–December 2026 | Progress up to</w:t>
      </w:r>
      <w:r w:rsidR="009A54A4">
        <w:rPr>
          <w:rFonts w:cs="Times New Roman"/>
          <w:sz w:val="24"/>
          <w:szCs w:val="24"/>
        </w:rPr>
        <w:t xml:space="preserve"> </w:t>
      </w:r>
      <w:r w:rsidRPr="005E0605">
        <w:rPr>
          <w:rFonts w:cs="Times New Roman"/>
          <w:sz w:val="24"/>
          <w:szCs w:val="24"/>
        </w:rPr>
        <w:t>: 30</w:t>
      </w:r>
      <w:r w:rsidR="009A54A4" w:rsidRPr="009A54A4">
        <w:rPr>
          <w:rFonts w:cs="Times New Roman"/>
          <w:sz w:val="24"/>
          <w:szCs w:val="24"/>
          <w:vertAlign w:val="superscript"/>
        </w:rPr>
        <w:t>th</w:t>
      </w:r>
      <w:r w:rsidR="009A54A4">
        <w:rPr>
          <w:rFonts w:cs="Times New Roman"/>
          <w:sz w:val="24"/>
          <w:szCs w:val="24"/>
        </w:rPr>
        <w:t xml:space="preserve"> </w:t>
      </w:r>
      <w:r w:rsidRPr="005E0605">
        <w:rPr>
          <w:rFonts w:cs="Times New Roman"/>
          <w:sz w:val="24"/>
          <w:szCs w:val="24"/>
        </w:rPr>
        <w:t>September 2026</w:t>
      </w:r>
    </w:p>
    <w:p w:rsidR="00A65DD7" w:rsidRPr="005E0605" w:rsidRDefault="005E0605" w:rsidP="005E0605">
      <w:pPr>
        <w:pStyle w:val="Heading1"/>
        <w:spacing w:before="0"/>
        <w:rPr>
          <w:rFonts w:ascii="Times New Roman" w:hAnsi="Times New Roman" w:cs="Times New Roman"/>
          <w:szCs w:val="24"/>
        </w:rPr>
      </w:pPr>
      <w:r w:rsidRPr="005E0605">
        <w:rPr>
          <w:rFonts w:ascii="Times New Roman" w:hAnsi="Times New Roman" w:cs="Times New Roman"/>
          <w:szCs w:val="24"/>
        </w:rPr>
        <w:t>5. UNIT-WISE AND TOPIC-WISE SYLLABUS COVERAGE</w:t>
      </w:r>
    </w:p>
    <w:p w:rsidR="00A65DD7" w:rsidRPr="005E0605" w:rsidRDefault="005E0605" w:rsidP="005E0605">
      <w:pPr>
        <w:spacing w:after="0"/>
        <w:rPr>
          <w:rFonts w:cs="Times New Roman"/>
          <w:sz w:val="24"/>
          <w:szCs w:val="24"/>
        </w:rPr>
      </w:pPr>
      <w:r w:rsidRPr="009A54A4">
        <w:rPr>
          <w:rFonts w:cs="Times New Roman"/>
          <w:i/>
          <w:iCs/>
          <w:sz w:val="24"/>
          <w:szCs w:val="24"/>
        </w:rPr>
        <w:t>List every prescribed unit/topic, including those not commenced. Specify the exact portion covered for partly completed topics</w:t>
      </w:r>
      <w:r w:rsidRPr="005E0605">
        <w:rPr>
          <w:rFonts w:cs="Times New Roman"/>
          <w:sz w:val="24"/>
          <w:szCs w:val="24"/>
        </w:rPr>
        <w:t>.</w:t>
      </w:r>
    </w:p>
    <w:tbl>
      <w:tblPr>
        <w:tblStyle w:val="TableGrid"/>
        <w:tblW w:w="0" w:type="auto"/>
        <w:tblLayout w:type="fixed"/>
        <w:tblLook w:val="04A0" w:firstRow="1" w:lastRow="0" w:firstColumn="1" w:lastColumn="0" w:noHBand="0" w:noVBand="1"/>
      </w:tblPr>
      <w:tblGrid>
        <w:gridCol w:w="680"/>
        <w:gridCol w:w="964"/>
        <w:gridCol w:w="2778"/>
        <w:gridCol w:w="1417"/>
        <w:gridCol w:w="1361"/>
        <w:gridCol w:w="1531"/>
        <w:gridCol w:w="1247"/>
        <w:gridCol w:w="1361"/>
        <w:gridCol w:w="2324"/>
        <w:gridCol w:w="1587"/>
      </w:tblGrid>
      <w:tr w:rsidR="00A65DD7" w:rsidRPr="005E0605" w:rsidTr="009A54A4">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Sl. No.</w:t>
            </w:r>
          </w:p>
        </w:tc>
        <w:tc>
          <w:tcPr>
            <w:tcW w:w="964" w:type="dxa"/>
          </w:tcPr>
          <w:p w:rsidR="00A65DD7" w:rsidRPr="009A54A4" w:rsidRDefault="005E0605" w:rsidP="005E0605">
            <w:pPr>
              <w:spacing w:after="0"/>
              <w:rPr>
                <w:rFonts w:cs="Times New Roman"/>
                <w:bCs/>
                <w:sz w:val="24"/>
                <w:szCs w:val="24"/>
              </w:rPr>
            </w:pPr>
            <w:r w:rsidRPr="009A54A4">
              <w:rPr>
                <w:rFonts w:cs="Times New Roman"/>
                <w:bCs/>
                <w:sz w:val="24"/>
                <w:szCs w:val="24"/>
              </w:rPr>
              <w:t>Unit No.</w:t>
            </w:r>
          </w:p>
        </w:tc>
        <w:tc>
          <w:tcPr>
            <w:tcW w:w="2778" w:type="dxa"/>
          </w:tcPr>
          <w:p w:rsidR="00A65DD7" w:rsidRPr="009A54A4" w:rsidRDefault="005E0605" w:rsidP="005E0605">
            <w:pPr>
              <w:spacing w:after="0"/>
              <w:rPr>
                <w:rFonts w:cs="Times New Roman"/>
                <w:bCs/>
                <w:sz w:val="24"/>
                <w:szCs w:val="24"/>
              </w:rPr>
            </w:pPr>
            <w:r w:rsidRPr="009A54A4">
              <w:rPr>
                <w:rFonts w:cs="Times New Roman"/>
                <w:bCs/>
                <w:sz w:val="24"/>
                <w:szCs w:val="24"/>
              </w:rPr>
              <w:t>Prescribed Unit/Topic</w:t>
            </w:r>
          </w:p>
        </w:tc>
        <w:tc>
          <w:tcPr>
            <w:tcW w:w="1417" w:type="dxa"/>
          </w:tcPr>
          <w:p w:rsidR="00A65DD7" w:rsidRPr="009A54A4" w:rsidRDefault="005E0605" w:rsidP="005E0605">
            <w:pPr>
              <w:spacing w:after="0"/>
              <w:rPr>
                <w:rFonts w:cs="Times New Roman"/>
                <w:bCs/>
                <w:sz w:val="24"/>
                <w:szCs w:val="24"/>
              </w:rPr>
            </w:pPr>
            <w:r w:rsidRPr="009A54A4">
              <w:rPr>
                <w:rFonts w:cs="Times New Roman"/>
                <w:bCs/>
                <w:sz w:val="24"/>
                <w:szCs w:val="24"/>
              </w:rPr>
              <w:t>Prescribed Hours, if Specified</w:t>
            </w:r>
          </w:p>
        </w:tc>
        <w:tc>
          <w:tcPr>
            <w:tcW w:w="1361" w:type="dxa"/>
          </w:tcPr>
          <w:p w:rsidR="00A65DD7" w:rsidRPr="009A54A4" w:rsidRDefault="005E0605" w:rsidP="005E0605">
            <w:pPr>
              <w:spacing w:after="0"/>
              <w:rPr>
                <w:rFonts w:cs="Times New Roman"/>
                <w:bCs/>
                <w:sz w:val="24"/>
                <w:szCs w:val="24"/>
              </w:rPr>
            </w:pPr>
            <w:r w:rsidRPr="009A54A4">
              <w:rPr>
                <w:rFonts w:cs="Times New Roman"/>
                <w:bCs/>
                <w:sz w:val="24"/>
                <w:szCs w:val="24"/>
              </w:rPr>
              <w:t>Date Started</w:t>
            </w:r>
          </w:p>
        </w:tc>
        <w:tc>
          <w:tcPr>
            <w:tcW w:w="1531" w:type="dxa"/>
          </w:tcPr>
          <w:p w:rsidR="00A65DD7" w:rsidRPr="009A54A4" w:rsidRDefault="005E0605" w:rsidP="005E0605">
            <w:pPr>
              <w:spacing w:after="0"/>
              <w:rPr>
                <w:rFonts w:cs="Times New Roman"/>
                <w:bCs/>
                <w:sz w:val="24"/>
                <w:szCs w:val="24"/>
              </w:rPr>
            </w:pPr>
            <w:r w:rsidRPr="009A54A4">
              <w:rPr>
                <w:rFonts w:cs="Times New Roman"/>
                <w:bCs/>
                <w:sz w:val="24"/>
                <w:szCs w:val="24"/>
              </w:rPr>
              <w:t>Date Completed, if Applicable</w:t>
            </w:r>
          </w:p>
        </w:tc>
        <w:tc>
          <w:tcPr>
            <w:tcW w:w="1247" w:type="dxa"/>
          </w:tcPr>
          <w:p w:rsidR="00A65DD7" w:rsidRPr="009A54A4" w:rsidRDefault="005E0605" w:rsidP="005E0605">
            <w:pPr>
              <w:spacing w:after="0"/>
              <w:rPr>
                <w:rFonts w:cs="Times New Roman"/>
                <w:bCs/>
                <w:sz w:val="24"/>
                <w:szCs w:val="24"/>
              </w:rPr>
            </w:pPr>
            <w:r w:rsidRPr="009A54A4">
              <w:rPr>
                <w:rFonts w:cs="Times New Roman"/>
                <w:bCs/>
                <w:sz w:val="24"/>
                <w:szCs w:val="24"/>
              </w:rPr>
              <w:t>Classes Conducted</w:t>
            </w:r>
          </w:p>
        </w:tc>
        <w:tc>
          <w:tcPr>
            <w:tcW w:w="1361" w:type="dxa"/>
          </w:tcPr>
          <w:p w:rsidR="00A65DD7" w:rsidRPr="009A54A4" w:rsidRDefault="005E0605" w:rsidP="005E0605">
            <w:pPr>
              <w:spacing w:after="0"/>
              <w:rPr>
                <w:rFonts w:cs="Times New Roman"/>
                <w:bCs/>
                <w:sz w:val="24"/>
                <w:szCs w:val="24"/>
              </w:rPr>
            </w:pPr>
            <w:r w:rsidRPr="009A54A4">
              <w:rPr>
                <w:rFonts w:cs="Times New Roman"/>
                <w:bCs/>
                <w:sz w:val="24"/>
                <w:szCs w:val="24"/>
              </w:rPr>
              <w:t>Actual Teaching Hours</w:t>
            </w:r>
          </w:p>
        </w:tc>
        <w:tc>
          <w:tcPr>
            <w:tcW w:w="2324" w:type="dxa"/>
          </w:tcPr>
          <w:p w:rsidR="00A65DD7" w:rsidRPr="009A54A4" w:rsidRDefault="005E0605" w:rsidP="005E0605">
            <w:pPr>
              <w:spacing w:after="0"/>
              <w:rPr>
                <w:rFonts w:cs="Times New Roman"/>
                <w:bCs/>
                <w:sz w:val="24"/>
                <w:szCs w:val="24"/>
              </w:rPr>
            </w:pPr>
            <w:r w:rsidRPr="009A54A4">
              <w:rPr>
                <w:rFonts w:cs="Times New Roman"/>
                <w:bCs/>
                <w:sz w:val="24"/>
                <w:szCs w:val="24"/>
              </w:rPr>
              <w:t>Portion Completed</w:t>
            </w:r>
          </w:p>
        </w:tc>
        <w:tc>
          <w:tcPr>
            <w:tcW w:w="1587" w:type="dxa"/>
          </w:tcPr>
          <w:p w:rsidR="00A65DD7" w:rsidRPr="009A54A4" w:rsidRDefault="005E0605" w:rsidP="005E0605">
            <w:pPr>
              <w:spacing w:after="0"/>
              <w:rPr>
                <w:rFonts w:cs="Times New Roman"/>
                <w:bCs/>
                <w:sz w:val="24"/>
                <w:szCs w:val="24"/>
              </w:rPr>
            </w:pPr>
            <w:r w:rsidRPr="009A54A4">
              <w:rPr>
                <w:rFonts w:cs="Times New Roman"/>
                <w:bCs/>
                <w:sz w:val="24"/>
                <w:szCs w:val="24"/>
              </w:rPr>
              <w:t>Status as on 30 September 2026</w:t>
            </w: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1</w:t>
            </w:r>
          </w:p>
        </w:tc>
        <w:tc>
          <w:tcPr>
            <w:tcW w:w="964" w:type="dxa"/>
          </w:tcPr>
          <w:p w:rsidR="00A65DD7" w:rsidRPr="009A54A4" w:rsidRDefault="00A65DD7" w:rsidP="005E0605">
            <w:pPr>
              <w:spacing w:after="0"/>
              <w:rPr>
                <w:rFonts w:cs="Times New Roman"/>
                <w:bCs/>
                <w:sz w:val="24"/>
                <w:szCs w:val="24"/>
              </w:rPr>
            </w:pPr>
          </w:p>
        </w:tc>
        <w:tc>
          <w:tcPr>
            <w:tcW w:w="2778" w:type="dxa"/>
          </w:tcPr>
          <w:p w:rsidR="00A65DD7" w:rsidRPr="009A54A4" w:rsidRDefault="00A65DD7" w:rsidP="005E0605">
            <w:pPr>
              <w:spacing w:after="0"/>
              <w:rPr>
                <w:rFonts w:cs="Times New Roman"/>
                <w:bCs/>
                <w:sz w:val="24"/>
                <w:szCs w:val="24"/>
              </w:rPr>
            </w:pPr>
          </w:p>
        </w:tc>
        <w:tc>
          <w:tcPr>
            <w:tcW w:w="141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531" w:type="dxa"/>
          </w:tcPr>
          <w:p w:rsidR="00A65DD7" w:rsidRPr="009A54A4" w:rsidRDefault="00A65DD7" w:rsidP="005E0605">
            <w:pPr>
              <w:spacing w:after="0"/>
              <w:rPr>
                <w:rFonts w:cs="Times New Roman"/>
                <w:bCs/>
                <w:sz w:val="24"/>
                <w:szCs w:val="24"/>
              </w:rPr>
            </w:pPr>
          </w:p>
        </w:tc>
        <w:tc>
          <w:tcPr>
            <w:tcW w:w="124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2324"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2</w:t>
            </w:r>
          </w:p>
        </w:tc>
        <w:tc>
          <w:tcPr>
            <w:tcW w:w="964" w:type="dxa"/>
          </w:tcPr>
          <w:p w:rsidR="00A65DD7" w:rsidRPr="009A54A4" w:rsidRDefault="00A65DD7" w:rsidP="005E0605">
            <w:pPr>
              <w:spacing w:after="0"/>
              <w:rPr>
                <w:rFonts w:cs="Times New Roman"/>
                <w:bCs/>
                <w:sz w:val="24"/>
                <w:szCs w:val="24"/>
              </w:rPr>
            </w:pPr>
          </w:p>
        </w:tc>
        <w:tc>
          <w:tcPr>
            <w:tcW w:w="2778" w:type="dxa"/>
          </w:tcPr>
          <w:p w:rsidR="00A65DD7" w:rsidRPr="009A54A4" w:rsidRDefault="00A65DD7" w:rsidP="005E0605">
            <w:pPr>
              <w:spacing w:after="0"/>
              <w:rPr>
                <w:rFonts w:cs="Times New Roman"/>
                <w:bCs/>
                <w:sz w:val="24"/>
                <w:szCs w:val="24"/>
              </w:rPr>
            </w:pPr>
          </w:p>
        </w:tc>
        <w:tc>
          <w:tcPr>
            <w:tcW w:w="141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531" w:type="dxa"/>
          </w:tcPr>
          <w:p w:rsidR="00A65DD7" w:rsidRPr="009A54A4" w:rsidRDefault="00A65DD7" w:rsidP="005E0605">
            <w:pPr>
              <w:spacing w:after="0"/>
              <w:rPr>
                <w:rFonts w:cs="Times New Roman"/>
                <w:bCs/>
                <w:sz w:val="24"/>
                <w:szCs w:val="24"/>
              </w:rPr>
            </w:pPr>
          </w:p>
        </w:tc>
        <w:tc>
          <w:tcPr>
            <w:tcW w:w="124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2324"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3</w:t>
            </w:r>
          </w:p>
        </w:tc>
        <w:tc>
          <w:tcPr>
            <w:tcW w:w="964" w:type="dxa"/>
          </w:tcPr>
          <w:p w:rsidR="00A65DD7" w:rsidRPr="009A54A4" w:rsidRDefault="00A65DD7" w:rsidP="005E0605">
            <w:pPr>
              <w:spacing w:after="0"/>
              <w:rPr>
                <w:rFonts w:cs="Times New Roman"/>
                <w:bCs/>
                <w:sz w:val="24"/>
                <w:szCs w:val="24"/>
              </w:rPr>
            </w:pPr>
          </w:p>
        </w:tc>
        <w:tc>
          <w:tcPr>
            <w:tcW w:w="2778" w:type="dxa"/>
          </w:tcPr>
          <w:p w:rsidR="00A65DD7" w:rsidRPr="009A54A4" w:rsidRDefault="00A65DD7" w:rsidP="005E0605">
            <w:pPr>
              <w:spacing w:after="0"/>
              <w:rPr>
                <w:rFonts w:cs="Times New Roman"/>
                <w:bCs/>
                <w:sz w:val="24"/>
                <w:szCs w:val="24"/>
              </w:rPr>
            </w:pPr>
          </w:p>
        </w:tc>
        <w:tc>
          <w:tcPr>
            <w:tcW w:w="141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531" w:type="dxa"/>
          </w:tcPr>
          <w:p w:rsidR="00A65DD7" w:rsidRPr="009A54A4" w:rsidRDefault="00A65DD7" w:rsidP="005E0605">
            <w:pPr>
              <w:spacing w:after="0"/>
              <w:rPr>
                <w:rFonts w:cs="Times New Roman"/>
                <w:bCs/>
                <w:sz w:val="24"/>
                <w:szCs w:val="24"/>
              </w:rPr>
            </w:pPr>
          </w:p>
        </w:tc>
        <w:tc>
          <w:tcPr>
            <w:tcW w:w="124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2324"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4</w:t>
            </w:r>
          </w:p>
        </w:tc>
        <w:tc>
          <w:tcPr>
            <w:tcW w:w="964" w:type="dxa"/>
          </w:tcPr>
          <w:p w:rsidR="00A65DD7" w:rsidRPr="009A54A4" w:rsidRDefault="00A65DD7" w:rsidP="005E0605">
            <w:pPr>
              <w:spacing w:after="0"/>
              <w:rPr>
                <w:rFonts w:cs="Times New Roman"/>
                <w:bCs/>
                <w:sz w:val="24"/>
                <w:szCs w:val="24"/>
              </w:rPr>
            </w:pPr>
          </w:p>
        </w:tc>
        <w:tc>
          <w:tcPr>
            <w:tcW w:w="2778" w:type="dxa"/>
          </w:tcPr>
          <w:p w:rsidR="00A65DD7" w:rsidRPr="009A54A4" w:rsidRDefault="00A65DD7" w:rsidP="005E0605">
            <w:pPr>
              <w:spacing w:after="0"/>
              <w:rPr>
                <w:rFonts w:cs="Times New Roman"/>
                <w:bCs/>
                <w:sz w:val="24"/>
                <w:szCs w:val="24"/>
              </w:rPr>
            </w:pPr>
          </w:p>
        </w:tc>
        <w:tc>
          <w:tcPr>
            <w:tcW w:w="141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531" w:type="dxa"/>
          </w:tcPr>
          <w:p w:rsidR="00A65DD7" w:rsidRPr="009A54A4" w:rsidRDefault="00A65DD7" w:rsidP="005E0605">
            <w:pPr>
              <w:spacing w:after="0"/>
              <w:rPr>
                <w:rFonts w:cs="Times New Roman"/>
                <w:bCs/>
                <w:sz w:val="24"/>
                <w:szCs w:val="24"/>
              </w:rPr>
            </w:pPr>
          </w:p>
        </w:tc>
        <w:tc>
          <w:tcPr>
            <w:tcW w:w="124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2324"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5</w:t>
            </w:r>
          </w:p>
        </w:tc>
        <w:tc>
          <w:tcPr>
            <w:tcW w:w="964" w:type="dxa"/>
          </w:tcPr>
          <w:p w:rsidR="00A65DD7" w:rsidRPr="009A54A4" w:rsidRDefault="00A65DD7" w:rsidP="005E0605">
            <w:pPr>
              <w:spacing w:after="0"/>
              <w:rPr>
                <w:rFonts w:cs="Times New Roman"/>
                <w:bCs/>
                <w:sz w:val="24"/>
                <w:szCs w:val="24"/>
              </w:rPr>
            </w:pPr>
          </w:p>
        </w:tc>
        <w:tc>
          <w:tcPr>
            <w:tcW w:w="2778" w:type="dxa"/>
          </w:tcPr>
          <w:p w:rsidR="00A65DD7" w:rsidRPr="009A54A4" w:rsidRDefault="00A65DD7" w:rsidP="005E0605">
            <w:pPr>
              <w:spacing w:after="0"/>
              <w:rPr>
                <w:rFonts w:cs="Times New Roman"/>
                <w:bCs/>
                <w:sz w:val="24"/>
                <w:szCs w:val="24"/>
              </w:rPr>
            </w:pPr>
          </w:p>
        </w:tc>
        <w:tc>
          <w:tcPr>
            <w:tcW w:w="141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531" w:type="dxa"/>
          </w:tcPr>
          <w:p w:rsidR="00A65DD7" w:rsidRPr="009A54A4" w:rsidRDefault="00A65DD7" w:rsidP="005E0605">
            <w:pPr>
              <w:spacing w:after="0"/>
              <w:rPr>
                <w:rFonts w:cs="Times New Roman"/>
                <w:bCs/>
                <w:sz w:val="24"/>
                <w:szCs w:val="24"/>
              </w:rPr>
            </w:pPr>
          </w:p>
        </w:tc>
        <w:tc>
          <w:tcPr>
            <w:tcW w:w="124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2324"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6</w:t>
            </w:r>
          </w:p>
        </w:tc>
        <w:tc>
          <w:tcPr>
            <w:tcW w:w="964" w:type="dxa"/>
          </w:tcPr>
          <w:p w:rsidR="00A65DD7" w:rsidRPr="009A54A4" w:rsidRDefault="00A65DD7" w:rsidP="005E0605">
            <w:pPr>
              <w:spacing w:after="0"/>
              <w:rPr>
                <w:rFonts w:cs="Times New Roman"/>
                <w:bCs/>
                <w:sz w:val="24"/>
                <w:szCs w:val="24"/>
              </w:rPr>
            </w:pPr>
          </w:p>
        </w:tc>
        <w:tc>
          <w:tcPr>
            <w:tcW w:w="2778" w:type="dxa"/>
          </w:tcPr>
          <w:p w:rsidR="00A65DD7" w:rsidRPr="009A54A4" w:rsidRDefault="00A65DD7" w:rsidP="005E0605">
            <w:pPr>
              <w:spacing w:after="0"/>
              <w:rPr>
                <w:rFonts w:cs="Times New Roman"/>
                <w:bCs/>
                <w:sz w:val="24"/>
                <w:szCs w:val="24"/>
              </w:rPr>
            </w:pPr>
          </w:p>
        </w:tc>
        <w:tc>
          <w:tcPr>
            <w:tcW w:w="141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531" w:type="dxa"/>
          </w:tcPr>
          <w:p w:rsidR="00A65DD7" w:rsidRPr="009A54A4" w:rsidRDefault="00A65DD7" w:rsidP="005E0605">
            <w:pPr>
              <w:spacing w:after="0"/>
              <w:rPr>
                <w:rFonts w:cs="Times New Roman"/>
                <w:bCs/>
                <w:sz w:val="24"/>
                <w:szCs w:val="24"/>
              </w:rPr>
            </w:pPr>
          </w:p>
        </w:tc>
        <w:tc>
          <w:tcPr>
            <w:tcW w:w="124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2324"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7</w:t>
            </w:r>
          </w:p>
        </w:tc>
        <w:tc>
          <w:tcPr>
            <w:tcW w:w="964" w:type="dxa"/>
          </w:tcPr>
          <w:p w:rsidR="00A65DD7" w:rsidRPr="009A54A4" w:rsidRDefault="00A65DD7" w:rsidP="005E0605">
            <w:pPr>
              <w:spacing w:after="0"/>
              <w:rPr>
                <w:rFonts w:cs="Times New Roman"/>
                <w:bCs/>
                <w:sz w:val="24"/>
                <w:szCs w:val="24"/>
              </w:rPr>
            </w:pPr>
          </w:p>
        </w:tc>
        <w:tc>
          <w:tcPr>
            <w:tcW w:w="2778" w:type="dxa"/>
          </w:tcPr>
          <w:p w:rsidR="00A65DD7" w:rsidRPr="009A54A4" w:rsidRDefault="00A65DD7" w:rsidP="005E0605">
            <w:pPr>
              <w:spacing w:after="0"/>
              <w:rPr>
                <w:rFonts w:cs="Times New Roman"/>
                <w:bCs/>
                <w:sz w:val="24"/>
                <w:szCs w:val="24"/>
              </w:rPr>
            </w:pPr>
          </w:p>
        </w:tc>
        <w:tc>
          <w:tcPr>
            <w:tcW w:w="141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531" w:type="dxa"/>
          </w:tcPr>
          <w:p w:rsidR="00A65DD7" w:rsidRPr="009A54A4" w:rsidRDefault="00A65DD7" w:rsidP="005E0605">
            <w:pPr>
              <w:spacing w:after="0"/>
              <w:rPr>
                <w:rFonts w:cs="Times New Roman"/>
                <w:bCs/>
                <w:sz w:val="24"/>
                <w:szCs w:val="24"/>
              </w:rPr>
            </w:pPr>
          </w:p>
        </w:tc>
        <w:tc>
          <w:tcPr>
            <w:tcW w:w="124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2324"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8</w:t>
            </w:r>
          </w:p>
        </w:tc>
        <w:tc>
          <w:tcPr>
            <w:tcW w:w="964" w:type="dxa"/>
          </w:tcPr>
          <w:p w:rsidR="00A65DD7" w:rsidRPr="009A54A4" w:rsidRDefault="00A65DD7" w:rsidP="005E0605">
            <w:pPr>
              <w:spacing w:after="0"/>
              <w:rPr>
                <w:rFonts w:cs="Times New Roman"/>
                <w:bCs/>
                <w:sz w:val="24"/>
                <w:szCs w:val="24"/>
              </w:rPr>
            </w:pPr>
          </w:p>
        </w:tc>
        <w:tc>
          <w:tcPr>
            <w:tcW w:w="2778" w:type="dxa"/>
          </w:tcPr>
          <w:p w:rsidR="00A65DD7" w:rsidRPr="009A54A4" w:rsidRDefault="00A65DD7" w:rsidP="005E0605">
            <w:pPr>
              <w:spacing w:after="0"/>
              <w:rPr>
                <w:rFonts w:cs="Times New Roman"/>
                <w:bCs/>
                <w:sz w:val="24"/>
                <w:szCs w:val="24"/>
              </w:rPr>
            </w:pPr>
          </w:p>
        </w:tc>
        <w:tc>
          <w:tcPr>
            <w:tcW w:w="141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531" w:type="dxa"/>
          </w:tcPr>
          <w:p w:rsidR="00A65DD7" w:rsidRPr="009A54A4" w:rsidRDefault="00A65DD7" w:rsidP="005E0605">
            <w:pPr>
              <w:spacing w:after="0"/>
              <w:rPr>
                <w:rFonts w:cs="Times New Roman"/>
                <w:bCs/>
                <w:sz w:val="24"/>
                <w:szCs w:val="24"/>
              </w:rPr>
            </w:pPr>
          </w:p>
        </w:tc>
        <w:tc>
          <w:tcPr>
            <w:tcW w:w="124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2324"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9</w:t>
            </w:r>
          </w:p>
        </w:tc>
        <w:tc>
          <w:tcPr>
            <w:tcW w:w="964" w:type="dxa"/>
          </w:tcPr>
          <w:p w:rsidR="00A65DD7" w:rsidRPr="009A54A4" w:rsidRDefault="00A65DD7" w:rsidP="005E0605">
            <w:pPr>
              <w:spacing w:after="0"/>
              <w:rPr>
                <w:rFonts w:cs="Times New Roman"/>
                <w:bCs/>
                <w:sz w:val="24"/>
                <w:szCs w:val="24"/>
              </w:rPr>
            </w:pPr>
          </w:p>
        </w:tc>
        <w:tc>
          <w:tcPr>
            <w:tcW w:w="2778" w:type="dxa"/>
          </w:tcPr>
          <w:p w:rsidR="00A65DD7" w:rsidRPr="009A54A4" w:rsidRDefault="00A65DD7" w:rsidP="005E0605">
            <w:pPr>
              <w:spacing w:after="0"/>
              <w:rPr>
                <w:rFonts w:cs="Times New Roman"/>
                <w:bCs/>
                <w:sz w:val="24"/>
                <w:szCs w:val="24"/>
              </w:rPr>
            </w:pPr>
          </w:p>
        </w:tc>
        <w:tc>
          <w:tcPr>
            <w:tcW w:w="141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531" w:type="dxa"/>
          </w:tcPr>
          <w:p w:rsidR="00A65DD7" w:rsidRPr="009A54A4" w:rsidRDefault="00A65DD7" w:rsidP="005E0605">
            <w:pPr>
              <w:spacing w:after="0"/>
              <w:rPr>
                <w:rFonts w:cs="Times New Roman"/>
                <w:bCs/>
                <w:sz w:val="24"/>
                <w:szCs w:val="24"/>
              </w:rPr>
            </w:pPr>
          </w:p>
        </w:tc>
        <w:tc>
          <w:tcPr>
            <w:tcW w:w="124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2324"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10</w:t>
            </w:r>
          </w:p>
        </w:tc>
        <w:tc>
          <w:tcPr>
            <w:tcW w:w="964" w:type="dxa"/>
          </w:tcPr>
          <w:p w:rsidR="00A65DD7" w:rsidRPr="009A54A4" w:rsidRDefault="00A65DD7" w:rsidP="005E0605">
            <w:pPr>
              <w:spacing w:after="0"/>
              <w:rPr>
                <w:rFonts w:cs="Times New Roman"/>
                <w:bCs/>
                <w:sz w:val="24"/>
                <w:szCs w:val="24"/>
              </w:rPr>
            </w:pPr>
          </w:p>
        </w:tc>
        <w:tc>
          <w:tcPr>
            <w:tcW w:w="2778" w:type="dxa"/>
          </w:tcPr>
          <w:p w:rsidR="00A65DD7" w:rsidRPr="009A54A4" w:rsidRDefault="00A65DD7" w:rsidP="005E0605">
            <w:pPr>
              <w:spacing w:after="0"/>
              <w:rPr>
                <w:rFonts w:cs="Times New Roman"/>
                <w:bCs/>
                <w:sz w:val="24"/>
                <w:szCs w:val="24"/>
              </w:rPr>
            </w:pPr>
          </w:p>
        </w:tc>
        <w:tc>
          <w:tcPr>
            <w:tcW w:w="141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531" w:type="dxa"/>
          </w:tcPr>
          <w:p w:rsidR="00A65DD7" w:rsidRPr="009A54A4" w:rsidRDefault="00A65DD7" w:rsidP="005E0605">
            <w:pPr>
              <w:spacing w:after="0"/>
              <w:rPr>
                <w:rFonts w:cs="Times New Roman"/>
                <w:bCs/>
                <w:sz w:val="24"/>
                <w:szCs w:val="24"/>
              </w:rPr>
            </w:pPr>
          </w:p>
        </w:tc>
        <w:tc>
          <w:tcPr>
            <w:tcW w:w="1247"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2324"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r>
    </w:tbl>
    <w:p w:rsidR="00A65DD7" w:rsidRPr="005E0605" w:rsidRDefault="00A65DD7" w:rsidP="005E0605">
      <w:pPr>
        <w:spacing w:after="0"/>
        <w:rPr>
          <w:rFonts w:cs="Times New Roman"/>
          <w:sz w:val="24"/>
          <w:szCs w:val="24"/>
        </w:rPr>
      </w:pPr>
    </w:p>
    <w:p w:rsidR="00A65DD7" w:rsidRPr="005E0605" w:rsidRDefault="005E0605" w:rsidP="005E0605">
      <w:pPr>
        <w:spacing w:after="0"/>
        <w:rPr>
          <w:rFonts w:cs="Times New Roman"/>
          <w:sz w:val="24"/>
          <w:szCs w:val="24"/>
        </w:rPr>
      </w:pPr>
      <w:r w:rsidRPr="005E0605">
        <w:rPr>
          <w:rFonts w:cs="Times New Roman"/>
          <w:sz w:val="24"/>
          <w:szCs w:val="24"/>
        </w:rPr>
        <w:br w:type="page"/>
      </w:r>
    </w:p>
    <w:p w:rsidR="00A65DD7" w:rsidRPr="005E0605" w:rsidRDefault="005E0605" w:rsidP="005E0605">
      <w:pPr>
        <w:spacing w:after="0"/>
        <w:rPr>
          <w:rFonts w:cs="Times New Roman"/>
          <w:sz w:val="24"/>
          <w:szCs w:val="24"/>
        </w:rPr>
      </w:pPr>
      <w:r w:rsidRPr="005E0605">
        <w:rPr>
          <w:rFonts w:cs="Times New Roman"/>
          <w:b/>
          <w:sz w:val="24"/>
          <w:szCs w:val="24"/>
        </w:rPr>
        <w:lastRenderedPageBreak/>
        <w:t>AUNIATI UNIVERSITY | COURSE-WISE AND PAPER-WISE SYLLABUS PROGRESS REPORT</w:t>
      </w:r>
    </w:p>
    <w:p w:rsidR="00A65DD7" w:rsidRPr="005E0605" w:rsidRDefault="005E0605" w:rsidP="005E0605">
      <w:pPr>
        <w:spacing w:after="0"/>
        <w:rPr>
          <w:rFonts w:cs="Times New Roman"/>
          <w:sz w:val="24"/>
          <w:szCs w:val="24"/>
        </w:rPr>
      </w:pPr>
      <w:proofErr w:type="gramStart"/>
      <w:r w:rsidRPr="005E0605">
        <w:rPr>
          <w:rFonts w:cs="Times New Roman"/>
          <w:sz w:val="24"/>
          <w:szCs w:val="24"/>
        </w:rPr>
        <w:t>Faculty</w:t>
      </w:r>
      <w:r w:rsidR="009A54A4">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   Department</w:t>
      </w:r>
      <w:r w:rsidR="009A54A4">
        <w:rPr>
          <w:rFonts w:cs="Times New Roman"/>
          <w:sz w:val="24"/>
          <w:szCs w:val="24"/>
        </w:rPr>
        <w:t xml:space="preserve"> </w:t>
      </w:r>
      <w:r w:rsidRPr="005E0605">
        <w:rPr>
          <w:rFonts w:cs="Times New Roman"/>
          <w:sz w:val="24"/>
          <w:szCs w:val="24"/>
        </w:rPr>
        <w:t>: ____________________   Course/Paper Code</w:t>
      </w:r>
      <w:r w:rsidR="009A54A4">
        <w:rPr>
          <w:rFonts w:cs="Times New Roman"/>
          <w:sz w:val="24"/>
          <w:szCs w:val="24"/>
        </w:rPr>
        <w:t xml:space="preserve"> </w:t>
      </w:r>
      <w:r w:rsidRPr="005E0605">
        <w:rPr>
          <w:rFonts w:cs="Times New Roman"/>
          <w:sz w:val="24"/>
          <w:szCs w:val="24"/>
        </w:rPr>
        <w:t>:</w:t>
      </w:r>
      <w:r w:rsidR="009A54A4">
        <w:rPr>
          <w:rFonts w:cs="Times New Roman"/>
          <w:sz w:val="24"/>
          <w:szCs w:val="24"/>
        </w:rPr>
        <w:t xml:space="preserve">  </w:t>
      </w:r>
      <w:r w:rsidRPr="005E0605">
        <w:rPr>
          <w:rFonts w:cs="Times New Roman"/>
          <w:sz w:val="24"/>
          <w:szCs w:val="24"/>
        </w:rPr>
        <w:t xml:space="preserve"> ______________</w:t>
      </w:r>
    </w:p>
    <w:p w:rsidR="00A65DD7" w:rsidRPr="005E0605" w:rsidRDefault="005E0605" w:rsidP="005E0605">
      <w:pPr>
        <w:spacing w:after="0"/>
        <w:rPr>
          <w:rFonts w:cs="Times New Roman"/>
          <w:sz w:val="24"/>
          <w:szCs w:val="24"/>
        </w:rPr>
      </w:pPr>
      <w:proofErr w:type="gramStart"/>
      <w:r w:rsidRPr="005E0605">
        <w:rPr>
          <w:rFonts w:cs="Times New Roman"/>
          <w:sz w:val="24"/>
          <w:szCs w:val="24"/>
        </w:rPr>
        <w:t>Session</w:t>
      </w:r>
      <w:r w:rsidR="009A54A4">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2026–2027 | Semester</w:t>
      </w:r>
      <w:r w:rsidR="009A54A4">
        <w:rPr>
          <w:rFonts w:cs="Times New Roman"/>
          <w:sz w:val="24"/>
          <w:szCs w:val="24"/>
        </w:rPr>
        <w:t xml:space="preserve"> </w:t>
      </w:r>
      <w:r w:rsidRPr="005E0605">
        <w:rPr>
          <w:rFonts w:cs="Times New Roman"/>
          <w:sz w:val="24"/>
          <w:szCs w:val="24"/>
        </w:rPr>
        <w:t>: July–December 2026 | Progress up to</w:t>
      </w:r>
      <w:r w:rsidR="009A54A4">
        <w:rPr>
          <w:rFonts w:cs="Times New Roman"/>
          <w:sz w:val="24"/>
          <w:szCs w:val="24"/>
        </w:rPr>
        <w:t xml:space="preserve"> </w:t>
      </w:r>
      <w:r w:rsidRPr="005E0605">
        <w:rPr>
          <w:rFonts w:cs="Times New Roman"/>
          <w:sz w:val="24"/>
          <w:szCs w:val="24"/>
        </w:rPr>
        <w:t>: 30</w:t>
      </w:r>
      <w:r w:rsidR="009A54A4" w:rsidRPr="009A54A4">
        <w:rPr>
          <w:rFonts w:cs="Times New Roman"/>
          <w:sz w:val="24"/>
          <w:szCs w:val="24"/>
          <w:vertAlign w:val="superscript"/>
        </w:rPr>
        <w:t>th</w:t>
      </w:r>
      <w:r w:rsidR="009A54A4">
        <w:rPr>
          <w:rFonts w:cs="Times New Roman"/>
          <w:sz w:val="24"/>
          <w:szCs w:val="24"/>
        </w:rPr>
        <w:t xml:space="preserve"> </w:t>
      </w:r>
      <w:r w:rsidRPr="005E0605">
        <w:rPr>
          <w:rFonts w:cs="Times New Roman"/>
          <w:sz w:val="24"/>
          <w:szCs w:val="24"/>
        </w:rPr>
        <w:t>September 2026</w:t>
      </w:r>
    </w:p>
    <w:p w:rsidR="00A65DD7" w:rsidRPr="005E0605" w:rsidRDefault="005E0605" w:rsidP="005E0605">
      <w:pPr>
        <w:pStyle w:val="Heading1"/>
        <w:spacing w:before="0"/>
        <w:rPr>
          <w:rFonts w:ascii="Times New Roman" w:hAnsi="Times New Roman" w:cs="Times New Roman"/>
          <w:szCs w:val="24"/>
        </w:rPr>
      </w:pPr>
      <w:r w:rsidRPr="005E0605">
        <w:rPr>
          <w:rFonts w:ascii="Times New Roman" w:hAnsi="Times New Roman" w:cs="Times New Roman"/>
          <w:szCs w:val="24"/>
        </w:rPr>
        <w:t>6. DETAILS OF INCOMPLETE OR UNCOMMENCED PORTIONS</w:t>
      </w:r>
    </w:p>
    <w:tbl>
      <w:tblPr>
        <w:tblStyle w:val="TableGrid"/>
        <w:tblW w:w="0" w:type="auto"/>
        <w:tblLayout w:type="fixed"/>
        <w:tblLook w:val="04A0" w:firstRow="1" w:lastRow="0" w:firstColumn="1" w:lastColumn="0" w:noHBand="0" w:noVBand="1"/>
      </w:tblPr>
      <w:tblGrid>
        <w:gridCol w:w="680"/>
        <w:gridCol w:w="2665"/>
        <w:gridCol w:w="3685"/>
        <w:gridCol w:w="2438"/>
        <w:gridCol w:w="1587"/>
        <w:gridCol w:w="1587"/>
        <w:gridCol w:w="2608"/>
      </w:tblGrid>
      <w:tr w:rsidR="00A65DD7" w:rsidRPr="005E0605" w:rsidTr="009A54A4">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Sl. No.</w:t>
            </w:r>
          </w:p>
        </w:tc>
        <w:tc>
          <w:tcPr>
            <w:tcW w:w="2665" w:type="dxa"/>
          </w:tcPr>
          <w:p w:rsidR="00A65DD7" w:rsidRPr="009A54A4" w:rsidRDefault="005E0605" w:rsidP="005E0605">
            <w:pPr>
              <w:spacing w:after="0"/>
              <w:rPr>
                <w:rFonts w:cs="Times New Roman"/>
                <w:bCs/>
                <w:sz w:val="24"/>
                <w:szCs w:val="24"/>
              </w:rPr>
            </w:pPr>
            <w:r w:rsidRPr="009A54A4">
              <w:rPr>
                <w:rFonts w:cs="Times New Roman"/>
                <w:bCs/>
                <w:sz w:val="24"/>
                <w:szCs w:val="24"/>
              </w:rPr>
              <w:t>Unit/Topic</w:t>
            </w:r>
          </w:p>
        </w:tc>
        <w:tc>
          <w:tcPr>
            <w:tcW w:w="3685" w:type="dxa"/>
          </w:tcPr>
          <w:p w:rsidR="00A65DD7" w:rsidRPr="009A54A4" w:rsidRDefault="005E0605" w:rsidP="005E0605">
            <w:pPr>
              <w:spacing w:after="0"/>
              <w:rPr>
                <w:rFonts w:cs="Times New Roman"/>
                <w:bCs/>
                <w:sz w:val="24"/>
                <w:szCs w:val="24"/>
              </w:rPr>
            </w:pPr>
            <w:r w:rsidRPr="009A54A4">
              <w:rPr>
                <w:rFonts w:cs="Times New Roman"/>
                <w:bCs/>
                <w:sz w:val="24"/>
                <w:szCs w:val="24"/>
              </w:rPr>
              <w:t>Exact Portion Remaining</w:t>
            </w:r>
          </w:p>
        </w:tc>
        <w:tc>
          <w:tcPr>
            <w:tcW w:w="2438" w:type="dxa"/>
          </w:tcPr>
          <w:p w:rsidR="00A65DD7" w:rsidRPr="009A54A4" w:rsidRDefault="005E0605" w:rsidP="005E0605">
            <w:pPr>
              <w:spacing w:after="0"/>
              <w:rPr>
                <w:rFonts w:cs="Times New Roman"/>
                <w:bCs/>
                <w:sz w:val="24"/>
                <w:szCs w:val="24"/>
              </w:rPr>
            </w:pPr>
            <w:r w:rsidRPr="009A54A4">
              <w:rPr>
                <w:rFonts w:cs="Times New Roman"/>
                <w:bCs/>
                <w:sz w:val="24"/>
                <w:szCs w:val="24"/>
              </w:rPr>
              <w:t>Status: Partly Completed / Not Commenced</w:t>
            </w:r>
          </w:p>
        </w:tc>
        <w:tc>
          <w:tcPr>
            <w:tcW w:w="1587" w:type="dxa"/>
          </w:tcPr>
          <w:p w:rsidR="00A65DD7" w:rsidRPr="009A54A4" w:rsidRDefault="005E0605" w:rsidP="005E0605">
            <w:pPr>
              <w:spacing w:after="0"/>
              <w:rPr>
                <w:rFonts w:cs="Times New Roman"/>
                <w:bCs/>
                <w:sz w:val="24"/>
                <w:szCs w:val="24"/>
              </w:rPr>
            </w:pPr>
            <w:r w:rsidRPr="009A54A4">
              <w:rPr>
                <w:rFonts w:cs="Times New Roman"/>
                <w:bCs/>
                <w:sz w:val="24"/>
                <w:szCs w:val="24"/>
              </w:rPr>
              <w:t>Estimated Classes Required</w:t>
            </w:r>
          </w:p>
        </w:tc>
        <w:tc>
          <w:tcPr>
            <w:tcW w:w="1587" w:type="dxa"/>
          </w:tcPr>
          <w:p w:rsidR="00A65DD7" w:rsidRPr="009A54A4" w:rsidRDefault="005E0605" w:rsidP="005E0605">
            <w:pPr>
              <w:spacing w:after="0"/>
              <w:rPr>
                <w:rFonts w:cs="Times New Roman"/>
                <w:bCs/>
                <w:sz w:val="24"/>
                <w:szCs w:val="24"/>
              </w:rPr>
            </w:pPr>
            <w:r w:rsidRPr="009A54A4">
              <w:rPr>
                <w:rFonts w:cs="Times New Roman"/>
                <w:bCs/>
                <w:sz w:val="24"/>
                <w:szCs w:val="24"/>
              </w:rPr>
              <w:t>Estimated Hours Required</w:t>
            </w:r>
          </w:p>
        </w:tc>
        <w:tc>
          <w:tcPr>
            <w:tcW w:w="2608" w:type="dxa"/>
          </w:tcPr>
          <w:p w:rsidR="00A65DD7" w:rsidRPr="009A54A4" w:rsidRDefault="005E0605" w:rsidP="005E0605">
            <w:pPr>
              <w:spacing w:after="0"/>
              <w:rPr>
                <w:rFonts w:cs="Times New Roman"/>
                <w:bCs/>
                <w:sz w:val="24"/>
                <w:szCs w:val="24"/>
              </w:rPr>
            </w:pPr>
            <w:r w:rsidRPr="009A54A4">
              <w:rPr>
                <w:rFonts w:cs="Times New Roman"/>
                <w:bCs/>
                <w:sz w:val="24"/>
                <w:szCs w:val="24"/>
              </w:rPr>
              <w:t>Reason for Non-completion</w:t>
            </w: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1</w:t>
            </w:r>
          </w:p>
        </w:tc>
        <w:tc>
          <w:tcPr>
            <w:tcW w:w="2665" w:type="dxa"/>
          </w:tcPr>
          <w:p w:rsidR="00A65DD7" w:rsidRPr="009A54A4" w:rsidRDefault="00A65DD7" w:rsidP="005E0605">
            <w:pPr>
              <w:spacing w:after="0"/>
              <w:rPr>
                <w:rFonts w:cs="Times New Roman"/>
                <w:bCs/>
                <w:sz w:val="24"/>
                <w:szCs w:val="24"/>
              </w:rPr>
            </w:pPr>
          </w:p>
        </w:tc>
        <w:tc>
          <w:tcPr>
            <w:tcW w:w="3685" w:type="dxa"/>
          </w:tcPr>
          <w:p w:rsidR="00A65DD7" w:rsidRPr="009A54A4" w:rsidRDefault="00A65DD7" w:rsidP="005E0605">
            <w:pPr>
              <w:spacing w:after="0"/>
              <w:rPr>
                <w:rFonts w:cs="Times New Roman"/>
                <w:bCs/>
                <w:sz w:val="24"/>
                <w:szCs w:val="24"/>
              </w:rPr>
            </w:pPr>
          </w:p>
        </w:tc>
        <w:tc>
          <w:tcPr>
            <w:tcW w:w="2438"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260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2</w:t>
            </w:r>
          </w:p>
        </w:tc>
        <w:tc>
          <w:tcPr>
            <w:tcW w:w="2665" w:type="dxa"/>
          </w:tcPr>
          <w:p w:rsidR="00A65DD7" w:rsidRPr="009A54A4" w:rsidRDefault="00A65DD7" w:rsidP="005E0605">
            <w:pPr>
              <w:spacing w:after="0"/>
              <w:rPr>
                <w:rFonts w:cs="Times New Roman"/>
                <w:bCs/>
                <w:sz w:val="24"/>
                <w:szCs w:val="24"/>
              </w:rPr>
            </w:pPr>
          </w:p>
        </w:tc>
        <w:tc>
          <w:tcPr>
            <w:tcW w:w="3685" w:type="dxa"/>
          </w:tcPr>
          <w:p w:rsidR="00A65DD7" w:rsidRPr="009A54A4" w:rsidRDefault="00A65DD7" w:rsidP="005E0605">
            <w:pPr>
              <w:spacing w:after="0"/>
              <w:rPr>
                <w:rFonts w:cs="Times New Roman"/>
                <w:bCs/>
                <w:sz w:val="24"/>
                <w:szCs w:val="24"/>
              </w:rPr>
            </w:pPr>
          </w:p>
        </w:tc>
        <w:tc>
          <w:tcPr>
            <w:tcW w:w="2438"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260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3</w:t>
            </w:r>
          </w:p>
        </w:tc>
        <w:tc>
          <w:tcPr>
            <w:tcW w:w="2665" w:type="dxa"/>
          </w:tcPr>
          <w:p w:rsidR="00A65DD7" w:rsidRPr="009A54A4" w:rsidRDefault="00A65DD7" w:rsidP="005E0605">
            <w:pPr>
              <w:spacing w:after="0"/>
              <w:rPr>
                <w:rFonts w:cs="Times New Roman"/>
                <w:bCs/>
                <w:sz w:val="24"/>
                <w:szCs w:val="24"/>
              </w:rPr>
            </w:pPr>
          </w:p>
        </w:tc>
        <w:tc>
          <w:tcPr>
            <w:tcW w:w="3685" w:type="dxa"/>
          </w:tcPr>
          <w:p w:rsidR="00A65DD7" w:rsidRPr="009A54A4" w:rsidRDefault="00A65DD7" w:rsidP="005E0605">
            <w:pPr>
              <w:spacing w:after="0"/>
              <w:rPr>
                <w:rFonts w:cs="Times New Roman"/>
                <w:bCs/>
                <w:sz w:val="24"/>
                <w:szCs w:val="24"/>
              </w:rPr>
            </w:pPr>
          </w:p>
        </w:tc>
        <w:tc>
          <w:tcPr>
            <w:tcW w:w="2438"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260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4</w:t>
            </w:r>
          </w:p>
        </w:tc>
        <w:tc>
          <w:tcPr>
            <w:tcW w:w="2665" w:type="dxa"/>
          </w:tcPr>
          <w:p w:rsidR="00A65DD7" w:rsidRPr="009A54A4" w:rsidRDefault="00A65DD7" w:rsidP="005E0605">
            <w:pPr>
              <w:spacing w:after="0"/>
              <w:rPr>
                <w:rFonts w:cs="Times New Roman"/>
                <w:bCs/>
                <w:sz w:val="24"/>
                <w:szCs w:val="24"/>
              </w:rPr>
            </w:pPr>
          </w:p>
        </w:tc>
        <w:tc>
          <w:tcPr>
            <w:tcW w:w="3685" w:type="dxa"/>
          </w:tcPr>
          <w:p w:rsidR="00A65DD7" w:rsidRPr="009A54A4" w:rsidRDefault="00A65DD7" w:rsidP="005E0605">
            <w:pPr>
              <w:spacing w:after="0"/>
              <w:rPr>
                <w:rFonts w:cs="Times New Roman"/>
                <w:bCs/>
                <w:sz w:val="24"/>
                <w:szCs w:val="24"/>
              </w:rPr>
            </w:pPr>
          </w:p>
        </w:tc>
        <w:tc>
          <w:tcPr>
            <w:tcW w:w="2438"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260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5</w:t>
            </w:r>
          </w:p>
        </w:tc>
        <w:tc>
          <w:tcPr>
            <w:tcW w:w="2665" w:type="dxa"/>
          </w:tcPr>
          <w:p w:rsidR="00A65DD7" w:rsidRPr="009A54A4" w:rsidRDefault="00A65DD7" w:rsidP="005E0605">
            <w:pPr>
              <w:spacing w:after="0"/>
              <w:rPr>
                <w:rFonts w:cs="Times New Roman"/>
                <w:bCs/>
                <w:sz w:val="24"/>
                <w:szCs w:val="24"/>
              </w:rPr>
            </w:pPr>
          </w:p>
        </w:tc>
        <w:tc>
          <w:tcPr>
            <w:tcW w:w="3685" w:type="dxa"/>
          </w:tcPr>
          <w:p w:rsidR="00A65DD7" w:rsidRPr="009A54A4" w:rsidRDefault="00A65DD7" w:rsidP="005E0605">
            <w:pPr>
              <w:spacing w:after="0"/>
              <w:rPr>
                <w:rFonts w:cs="Times New Roman"/>
                <w:bCs/>
                <w:sz w:val="24"/>
                <w:szCs w:val="24"/>
              </w:rPr>
            </w:pPr>
          </w:p>
        </w:tc>
        <w:tc>
          <w:tcPr>
            <w:tcW w:w="2438"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260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6</w:t>
            </w:r>
          </w:p>
        </w:tc>
        <w:tc>
          <w:tcPr>
            <w:tcW w:w="2665" w:type="dxa"/>
          </w:tcPr>
          <w:p w:rsidR="00A65DD7" w:rsidRPr="009A54A4" w:rsidRDefault="00A65DD7" w:rsidP="005E0605">
            <w:pPr>
              <w:spacing w:after="0"/>
              <w:rPr>
                <w:rFonts w:cs="Times New Roman"/>
                <w:bCs/>
                <w:sz w:val="24"/>
                <w:szCs w:val="24"/>
              </w:rPr>
            </w:pPr>
          </w:p>
        </w:tc>
        <w:tc>
          <w:tcPr>
            <w:tcW w:w="3685" w:type="dxa"/>
          </w:tcPr>
          <w:p w:rsidR="00A65DD7" w:rsidRPr="009A54A4" w:rsidRDefault="00A65DD7" w:rsidP="005E0605">
            <w:pPr>
              <w:spacing w:after="0"/>
              <w:rPr>
                <w:rFonts w:cs="Times New Roman"/>
                <w:bCs/>
                <w:sz w:val="24"/>
                <w:szCs w:val="24"/>
              </w:rPr>
            </w:pPr>
          </w:p>
        </w:tc>
        <w:tc>
          <w:tcPr>
            <w:tcW w:w="2438"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260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7</w:t>
            </w:r>
          </w:p>
        </w:tc>
        <w:tc>
          <w:tcPr>
            <w:tcW w:w="2665" w:type="dxa"/>
          </w:tcPr>
          <w:p w:rsidR="00A65DD7" w:rsidRPr="009A54A4" w:rsidRDefault="00A65DD7" w:rsidP="005E0605">
            <w:pPr>
              <w:spacing w:after="0"/>
              <w:rPr>
                <w:rFonts w:cs="Times New Roman"/>
                <w:bCs/>
                <w:sz w:val="24"/>
                <w:szCs w:val="24"/>
              </w:rPr>
            </w:pPr>
          </w:p>
        </w:tc>
        <w:tc>
          <w:tcPr>
            <w:tcW w:w="3685" w:type="dxa"/>
          </w:tcPr>
          <w:p w:rsidR="00A65DD7" w:rsidRPr="009A54A4" w:rsidRDefault="00A65DD7" w:rsidP="005E0605">
            <w:pPr>
              <w:spacing w:after="0"/>
              <w:rPr>
                <w:rFonts w:cs="Times New Roman"/>
                <w:bCs/>
                <w:sz w:val="24"/>
                <w:szCs w:val="24"/>
              </w:rPr>
            </w:pPr>
          </w:p>
        </w:tc>
        <w:tc>
          <w:tcPr>
            <w:tcW w:w="2438"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260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8</w:t>
            </w:r>
          </w:p>
        </w:tc>
        <w:tc>
          <w:tcPr>
            <w:tcW w:w="2665" w:type="dxa"/>
          </w:tcPr>
          <w:p w:rsidR="00A65DD7" w:rsidRPr="009A54A4" w:rsidRDefault="00A65DD7" w:rsidP="005E0605">
            <w:pPr>
              <w:spacing w:after="0"/>
              <w:rPr>
                <w:rFonts w:cs="Times New Roman"/>
                <w:bCs/>
                <w:sz w:val="24"/>
                <w:szCs w:val="24"/>
              </w:rPr>
            </w:pPr>
          </w:p>
        </w:tc>
        <w:tc>
          <w:tcPr>
            <w:tcW w:w="3685" w:type="dxa"/>
          </w:tcPr>
          <w:p w:rsidR="00A65DD7" w:rsidRPr="009A54A4" w:rsidRDefault="00A65DD7" w:rsidP="005E0605">
            <w:pPr>
              <w:spacing w:after="0"/>
              <w:rPr>
                <w:rFonts w:cs="Times New Roman"/>
                <w:bCs/>
                <w:sz w:val="24"/>
                <w:szCs w:val="24"/>
              </w:rPr>
            </w:pPr>
          </w:p>
        </w:tc>
        <w:tc>
          <w:tcPr>
            <w:tcW w:w="2438"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260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9</w:t>
            </w:r>
          </w:p>
        </w:tc>
        <w:tc>
          <w:tcPr>
            <w:tcW w:w="2665" w:type="dxa"/>
          </w:tcPr>
          <w:p w:rsidR="00A65DD7" w:rsidRPr="009A54A4" w:rsidRDefault="00A65DD7" w:rsidP="005E0605">
            <w:pPr>
              <w:spacing w:after="0"/>
              <w:rPr>
                <w:rFonts w:cs="Times New Roman"/>
                <w:bCs/>
                <w:sz w:val="24"/>
                <w:szCs w:val="24"/>
              </w:rPr>
            </w:pPr>
          </w:p>
        </w:tc>
        <w:tc>
          <w:tcPr>
            <w:tcW w:w="3685" w:type="dxa"/>
          </w:tcPr>
          <w:p w:rsidR="00A65DD7" w:rsidRPr="009A54A4" w:rsidRDefault="00A65DD7" w:rsidP="005E0605">
            <w:pPr>
              <w:spacing w:after="0"/>
              <w:rPr>
                <w:rFonts w:cs="Times New Roman"/>
                <w:bCs/>
                <w:sz w:val="24"/>
                <w:szCs w:val="24"/>
              </w:rPr>
            </w:pPr>
          </w:p>
        </w:tc>
        <w:tc>
          <w:tcPr>
            <w:tcW w:w="2438"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260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10</w:t>
            </w:r>
          </w:p>
        </w:tc>
        <w:tc>
          <w:tcPr>
            <w:tcW w:w="2665" w:type="dxa"/>
          </w:tcPr>
          <w:p w:rsidR="00A65DD7" w:rsidRPr="009A54A4" w:rsidRDefault="00A65DD7" w:rsidP="005E0605">
            <w:pPr>
              <w:spacing w:after="0"/>
              <w:rPr>
                <w:rFonts w:cs="Times New Roman"/>
                <w:bCs/>
                <w:sz w:val="24"/>
                <w:szCs w:val="24"/>
              </w:rPr>
            </w:pPr>
          </w:p>
        </w:tc>
        <w:tc>
          <w:tcPr>
            <w:tcW w:w="3685" w:type="dxa"/>
          </w:tcPr>
          <w:p w:rsidR="00A65DD7" w:rsidRPr="009A54A4" w:rsidRDefault="00A65DD7" w:rsidP="005E0605">
            <w:pPr>
              <w:spacing w:after="0"/>
              <w:rPr>
                <w:rFonts w:cs="Times New Roman"/>
                <w:bCs/>
                <w:sz w:val="24"/>
                <w:szCs w:val="24"/>
              </w:rPr>
            </w:pPr>
          </w:p>
        </w:tc>
        <w:tc>
          <w:tcPr>
            <w:tcW w:w="2438"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2608" w:type="dxa"/>
          </w:tcPr>
          <w:p w:rsidR="00A65DD7" w:rsidRPr="009A54A4" w:rsidRDefault="00A65DD7" w:rsidP="005E0605">
            <w:pPr>
              <w:spacing w:after="0"/>
              <w:rPr>
                <w:rFonts w:cs="Times New Roman"/>
                <w:bCs/>
                <w:sz w:val="24"/>
                <w:szCs w:val="24"/>
              </w:rPr>
            </w:pPr>
          </w:p>
        </w:tc>
      </w:tr>
    </w:tbl>
    <w:p w:rsidR="00A65DD7" w:rsidRPr="005E0605" w:rsidRDefault="005E0605" w:rsidP="005E0605">
      <w:pPr>
        <w:spacing w:after="0"/>
        <w:rPr>
          <w:rFonts w:cs="Times New Roman"/>
          <w:sz w:val="24"/>
          <w:szCs w:val="24"/>
        </w:rPr>
      </w:pPr>
      <w:r w:rsidRPr="005E0605">
        <w:rPr>
          <w:rFonts w:cs="Times New Roman"/>
          <w:sz w:val="24"/>
          <w:szCs w:val="24"/>
        </w:rPr>
        <w:br w:type="page"/>
      </w:r>
    </w:p>
    <w:p w:rsidR="00A65DD7" w:rsidRPr="005E0605" w:rsidRDefault="005E0605" w:rsidP="005E0605">
      <w:pPr>
        <w:spacing w:after="0"/>
        <w:rPr>
          <w:rFonts w:cs="Times New Roman"/>
          <w:sz w:val="24"/>
          <w:szCs w:val="24"/>
        </w:rPr>
      </w:pPr>
      <w:r w:rsidRPr="005E0605">
        <w:rPr>
          <w:rFonts w:cs="Times New Roman"/>
          <w:b/>
          <w:sz w:val="24"/>
          <w:szCs w:val="24"/>
        </w:rPr>
        <w:lastRenderedPageBreak/>
        <w:t>AUNIATI UNIVERSITY | COURSE-WISE AND PAPER-WISE SYLLABUS PROGRESS REPORT</w:t>
      </w:r>
    </w:p>
    <w:p w:rsidR="00A65DD7" w:rsidRPr="005E0605" w:rsidRDefault="005E0605" w:rsidP="005E0605">
      <w:pPr>
        <w:spacing w:after="0"/>
        <w:rPr>
          <w:rFonts w:cs="Times New Roman"/>
          <w:sz w:val="24"/>
          <w:szCs w:val="24"/>
        </w:rPr>
      </w:pPr>
      <w:proofErr w:type="gramStart"/>
      <w:r w:rsidRPr="005E0605">
        <w:rPr>
          <w:rFonts w:cs="Times New Roman"/>
          <w:sz w:val="24"/>
          <w:szCs w:val="24"/>
        </w:rPr>
        <w:t>Faculty</w:t>
      </w:r>
      <w:r w:rsidR="009A54A4">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   Department</w:t>
      </w:r>
      <w:r w:rsidR="009A54A4">
        <w:rPr>
          <w:rFonts w:cs="Times New Roman"/>
          <w:sz w:val="24"/>
          <w:szCs w:val="24"/>
        </w:rPr>
        <w:t xml:space="preserve"> </w:t>
      </w:r>
      <w:r w:rsidRPr="005E0605">
        <w:rPr>
          <w:rFonts w:cs="Times New Roman"/>
          <w:sz w:val="24"/>
          <w:szCs w:val="24"/>
        </w:rPr>
        <w:t>: ____________________   Course/Paper Code</w:t>
      </w:r>
      <w:r w:rsidR="009A54A4">
        <w:rPr>
          <w:rFonts w:cs="Times New Roman"/>
          <w:sz w:val="24"/>
          <w:szCs w:val="24"/>
        </w:rPr>
        <w:t xml:space="preserve"> </w:t>
      </w:r>
      <w:r w:rsidRPr="005E0605">
        <w:rPr>
          <w:rFonts w:cs="Times New Roman"/>
          <w:sz w:val="24"/>
          <w:szCs w:val="24"/>
        </w:rPr>
        <w:t>: ______________</w:t>
      </w:r>
    </w:p>
    <w:p w:rsidR="00A65DD7" w:rsidRPr="005E0605" w:rsidRDefault="005E0605" w:rsidP="005E0605">
      <w:pPr>
        <w:spacing w:after="0"/>
        <w:rPr>
          <w:rFonts w:cs="Times New Roman"/>
          <w:sz w:val="24"/>
          <w:szCs w:val="24"/>
        </w:rPr>
      </w:pPr>
      <w:proofErr w:type="gramStart"/>
      <w:r w:rsidRPr="005E0605">
        <w:rPr>
          <w:rFonts w:cs="Times New Roman"/>
          <w:sz w:val="24"/>
          <w:szCs w:val="24"/>
        </w:rPr>
        <w:t>Session</w:t>
      </w:r>
      <w:r w:rsidR="009A54A4">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2026–2027 | Semester</w:t>
      </w:r>
      <w:r w:rsidR="009A54A4">
        <w:rPr>
          <w:rFonts w:cs="Times New Roman"/>
          <w:sz w:val="24"/>
          <w:szCs w:val="24"/>
        </w:rPr>
        <w:t xml:space="preserve"> </w:t>
      </w:r>
      <w:r w:rsidRPr="005E0605">
        <w:rPr>
          <w:rFonts w:cs="Times New Roman"/>
          <w:sz w:val="24"/>
          <w:szCs w:val="24"/>
        </w:rPr>
        <w:t>: July–December 2026 | Progress up to</w:t>
      </w:r>
      <w:r w:rsidR="009A54A4">
        <w:rPr>
          <w:rFonts w:cs="Times New Roman"/>
          <w:sz w:val="24"/>
          <w:szCs w:val="24"/>
        </w:rPr>
        <w:t xml:space="preserve"> </w:t>
      </w:r>
      <w:r w:rsidRPr="005E0605">
        <w:rPr>
          <w:rFonts w:cs="Times New Roman"/>
          <w:sz w:val="24"/>
          <w:szCs w:val="24"/>
        </w:rPr>
        <w:t>: 30 September 2026</w:t>
      </w:r>
    </w:p>
    <w:p w:rsidR="00A65DD7" w:rsidRPr="005E0605" w:rsidRDefault="005E0605" w:rsidP="005E0605">
      <w:pPr>
        <w:pStyle w:val="Heading1"/>
        <w:spacing w:before="0"/>
        <w:rPr>
          <w:rFonts w:ascii="Times New Roman" w:hAnsi="Times New Roman" w:cs="Times New Roman"/>
          <w:szCs w:val="24"/>
        </w:rPr>
      </w:pPr>
      <w:r w:rsidRPr="005E0605">
        <w:rPr>
          <w:rFonts w:ascii="Times New Roman" w:hAnsi="Times New Roman" w:cs="Times New Roman"/>
          <w:szCs w:val="24"/>
        </w:rPr>
        <w:t>7. PRACTICAL, TUTORIAL, FIELDWORK AND OTHER REQUIRED COMPONENTS</w:t>
      </w:r>
    </w:p>
    <w:tbl>
      <w:tblPr>
        <w:tblStyle w:val="TableGrid"/>
        <w:tblW w:w="0" w:type="auto"/>
        <w:tblLayout w:type="fixed"/>
        <w:tblLook w:val="04A0" w:firstRow="1" w:lastRow="0" w:firstColumn="1" w:lastColumn="0" w:noHBand="0" w:noVBand="1"/>
      </w:tblPr>
      <w:tblGrid>
        <w:gridCol w:w="680"/>
        <w:gridCol w:w="2438"/>
        <w:gridCol w:w="2721"/>
        <w:gridCol w:w="2211"/>
        <w:gridCol w:w="1587"/>
        <w:gridCol w:w="1304"/>
        <w:gridCol w:w="2551"/>
        <w:gridCol w:w="1757"/>
      </w:tblGrid>
      <w:tr w:rsidR="00A65DD7" w:rsidRPr="005E0605" w:rsidTr="009A54A4">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Sl. No.</w:t>
            </w:r>
          </w:p>
        </w:tc>
        <w:tc>
          <w:tcPr>
            <w:tcW w:w="2438" w:type="dxa"/>
          </w:tcPr>
          <w:p w:rsidR="00A65DD7" w:rsidRPr="009A54A4" w:rsidRDefault="005E0605" w:rsidP="005E0605">
            <w:pPr>
              <w:spacing w:after="0"/>
              <w:rPr>
                <w:rFonts w:cs="Times New Roman"/>
                <w:bCs/>
                <w:sz w:val="24"/>
                <w:szCs w:val="24"/>
              </w:rPr>
            </w:pPr>
            <w:r w:rsidRPr="009A54A4">
              <w:rPr>
                <w:rFonts w:cs="Times New Roman"/>
                <w:bCs/>
                <w:sz w:val="24"/>
                <w:szCs w:val="24"/>
              </w:rPr>
              <w:t>Component/Activity</w:t>
            </w:r>
          </w:p>
        </w:tc>
        <w:tc>
          <w:tcPr>
            <w:tcW w:w="2721" w:type="dxa"/>
          </w:tcPr>
          <w:p w:rsidR="00A65DD7" w:rsidRPr="009A54A4" w:rsidRDefault="005E0605" w:rsidP="005E0605">
            <w:pPr>
              <w:spacing w:after="0"/>
              <w:rPr>
                <w:rFonts w:cs="Times New Roman"/>
                <w:bCs/>
                <w:sz w:val="24"/>
                <w:szCs w:val="24"/>
              </w:rPr>
            </w:pPr>
            <w:r w:rsidRPr="009A54A4">
              <w:rPr>
                <w:rFonts w:cs="Times New Roman"/>
                <w:bCs/>
                <w:sz w:val="24"/>
                <w:szCs w:val="24"/>
              </w:rPr>
              <w:t>Prescribed Requirement</w:t>
            </w:r>
          </w:p>
        </w:tc>
        <w:tc>
          <w:tcPr>
            <w:tcW w:w="2211" w:type="dxa"/>
          </w:tcPr>
          <w:p w:rsidR="00A65DD7" w:rsidRPr="009A54A4" w:rsidRDefault="005E0605" w:rsidP="005E0605">
            <w:pPr>
              <w:spacing w:after="0"/>
              <w:rPr>
                <w:rFonts w:cs="Times New Roman"/>
                <w:bCs/>
                <w:sz w:val="24"/>
                <w:szCs w:val="24"/>
              </w:rPr>
            </w:pPr>
            <w:r w:rsidRPr="009A54A4">
              <w:rPr>
                <w:rFonts w:cs="Times New Roman"/>
                <w:bCs/>
                <w:sz w:val="24"/>
                <w:szCs w:val="24"/>
              </w:rPr>
              <w:t>Dates Conducted up to 30 September</w:t>
            </w:r>
          </w:p>
        </w:tc>
        <w:tc>
          <w:tcPr>
            <w:tcW w:w="1587" w:type="dxa"/>
          </w:tcPr>
          <w:p w:rsidR="00A65DD7" w:rsidRPr="009A54A4" w:rsidRDefault="005E0605" w:rsidP="005E0605">
            <w:pPr>
              <w:spacing w:after="0"/>
              <w:rPr>
                <w:rFonts w:cs="Times New Roman"/>
                <w:bCs/>
                <w:sz w:val="24"/>
                <w:szCs w:val="24"/>
              </w:rPr>
            </w:pPr>
            <w:r w:rsidRPr="009A54A4">
              <w:rPr>
                <w:rFonts w:cs="Times New Roman"/>
                <w:bCs/>
                <w:sz w:val="24"/>
                <w:szCs w:val="24"/>
              </w:rPr>
              <w:t>Classes/Sessions Conducted</w:t>
            </w:r>
          </w:p>
        </w:tc>
        <w:tc>
          <w:tcPr>
            <w:tcW w:w="1304" w:type="dxa"/>
          </w:tcPr>
          <w:p w:rsidR="00A65DD7" w:rsidRPr="009A54A4" w:rsidRDefault="005E0605" w:rsidP="005E0605">
            <w:pPr>
              <w:spacing w:after="0"/>
              <w:rPr>
                <w:rFonts w:cs="Times New Roman"/>
                <w:bCs/>
                <w:sz w:val="24"/>
                <w:szCs w:val="24"/>
              </w:rPr>
            </w:pPr>
            <w:r w:rsidRPr="009A54A4">
              <w:rPr>
                <w:rFonts w:cs="Times New Roman"/>
                <w:bCs/>
                <w:sz w:val="24"/>
                <w:szCs w:val="24"/>
              </w:rPr>
              <w:t>Hours Completed</w:t>
            </w:r>
          </w:p>
        </w:tc>
        <w:tc>
          <w:tcPr>
            <w:tcW w:w="2551" w:type="dxa"/>
          </w:tcPr>
          <w:p w:rsidR="00A65DD7" w:rsidRPr="009A54A4" w:rsidRDefault="005E0605" w:rsidP="005E0605">
            <w:pPr>
              <w:spacing w:after="0"/>
              <w:rPr>
                <w:rFonts w:cs="Times New Roman"/>
                <w:bCs/>
                <w:sz w:val="24"/>
                <w:szCs w:val="24"/>
              </w:rPr>
            </w:pPr>
            <w:r w:rsidRPr="009A54A4">
              <w:rPr>
                <w:rFonts w:cs="Times New Roman"/>
                <w:bCs/>
                <w:sz w:val="24"/>
                <w:szCs w:val="24"/>
              </w:rPr>
              <w:t>Requirement Remaining</w:t>
            </w:r>
          </w:p>
        </w:tc>
        <w:tc>
          <w:tcPr>
            <w:tcW w:w="1757" w:type="dxa"/>
          </w:tcPr>
          <w:p w:rsidR="00A65DD7" w:rsidRPr="009A54A4" w:rsidRDefault="005E0605" w:rsidP="005E0605">
            <w:pPr>
              <w:spacing w:after="0"/>
              <w:rPr>
                <w:rFonts w:cs="Times New Roman"/>
                <w:bCs/>
                <w:sz w:val="24"/>
                <w:szCs w:val="24"/>
              </w:rPr>
            </w:pPr>
            <w:r w:rsidRPr="009A54A4">
              <w:rPr>
                <w:rFonts w:cs="Times New Roman"/>
                <w:bCs/>
                <w:sz w:val="24"/>
                <w:szCs w:val="24"/>
              </w:rPr>
              <w:t>Expected Completion Date</w:t>
            </w: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1</w:t>
            </w:r>
          </w:p>
        </w:tc>
        <w:tc>
          <w:tcPr>
            <w:tcW w:w="2438" w:type="dxa"/>
          </w:tcPr>
          <w:p w:rsidR="00A65DD7" w:rsidRPr="009A54A4" w:rsidRDefault="00A65DD7" w:rsidP="005E0605">
            <w:pPr>
              <w:spacing w:after="0"/>
              <w:rPr>
                <w:rFonts w:cs="Times New Roman"/>
                <w:bCs/>
                <w:sz w:val="24"/>
                <w:szCs w:val="24"/>
              </w:rPr>
            </w:pPr>
          </w:p>
        </w:tc>
        <w:tc>
          <w:tcPr>
            <w:tcW w:w="2721" w:type="dxa"/>
          </w:tcPr>
          <w:p w:rsidR="00A65DD7" w:rsidRPr="009A54A4" w:rsidRDefault="00A65DD7" w:rsidP="005E0605">
            <w:pPr>
              <w:spacing w:after="0"/>
              <w:rPr>
                <w:rFonts w:cs="Times New Roman"/>
                <w:bCs/>
                <w:sz w:val="24"/>
                <w:szCs w:val="24"/>
              </w:rPr>
            </w:pPr>
          </w:p>
        </w:tc>
        <w:tc>
          <w:tcPr>
            <w:tcW w:w="2211"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304" w:type="dxa"/>
          </w:tcPr>
          <w:p w:rsidR="00A65DD7" w:rsidRPr="009A54A4" w:rsidRDefault="00A65DD7" w:rsidP="005E0605">
            <w:pPr>
              <w:spacing w:after="0"/>
              <w:rPr>
                <w:rFonts w:cs="Times New Roman"/>
                <w:bCs/>
                <w:sz w:val="24"/>
                <w:szCs w:val="24"/>
              </w:rPr>
            </w:pPr>
          </w:p>
        </w:tc>
        <w:tc>
          <w:tcPr>
            <w:tcW w:w="2551" w:type="dxa"/>
          </w:tcPr>
          <w:p w:rsidR="00A65DD7" w:rsidRPr="009A54A4" w:rsidRDefault="00A65DD7" w:rsidP="005E0605">
            <w:pPr>
              <w:spacing w:after="0"/>
              <w:rPr>
                <w:rFonts w:cs="Times New Roman"/>
                <w:bCs/>
                <w:sz w:val="24"/>
                <w:szCs w:val="24"/>
              </w:rPr>
            </w:pPr>
          </w:p>
        </w:tc>
        <w:tc>
          <w:tcPr>
            <w:tcW w:w="175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2</w:t>
            </w:r>
          </w:p>
        </w:tc>
        <w:tc>
          <w:tcPr>
            <w:tcW w:w="2438" w:type="dxa"/>
          </w:tcPr>
          <w:p w:rsidR="00A65DD7" w:rsidRPr="009A54A4" w:rsidRDefault="00A65DD7" w:rsidP="005E0605">
            <w:pPr>
              <w:spacing w:after="0"/>
              <w:rPr>
                <w:rFonts w:cs="Times New Roman"/>
                <w:bCs/>
                <w:sz w:val="24"/>
                <w:szCs w:val="24"/>
              </w:rPr>
            </w:pPr>
          </w:p>
        </w:tc>
        <w:tc>
          <w:tcPr>
            <w:tcW w:w="2721" w:type="dxa"/>
          </w:tcPr>
          <w:p w:rsidR="00A65DD7" w:rsidRPr="009A54A4" w:rsidRDefault="00A65DD7" w:rsidP="005E0605">
            <w:pPr>
              <w:spacing w:after="0"/>
              <w:rPr>
                <w:rFonts w:cs="Times New Roman"/>
                <w:bCs/>
                <w:sz w:val="24"/>
                <w:szCs w:val="24"/>
              </w:rPr>
            </w:pPr>
          </w:p>
        </w:tc>
        <w:tc>
          <w:tcPr>
            <w:tcW w:w="2211"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304" w:type="dxa"/>
          </w:tcPr>
          <w:p w:rsidR="00A65DD7" w:rsidRPr="009A54A4" w:rsidRDefault="00A65DD7" w:rsidP="005E0605">
            <w:pPr>
              <w:spacing w:after="0"/>
              <w:rPr>
                <w:rFonts w:cs="Times New Roman"/>
                <w:bCs/>
                <w:sz w:val="24"/>
                <w:szCs w:val="24"/>
              </w:rPr>
            </w:pPr>
          </w:p>
        </w:tc>
        <w:tc>
          <w:tcPr>
            <w:tcW w:w="2551" w:type="dxa"/>
          </w:tcPr>
          <w:p w:rsidR="00A65DD7" w:rsidRPr="009A54A4" w:rsidRDefault="00A65DD7" w:rsidP="005E0605">
            <w:pPr>
              <w:spacing w:after="0"/>
              <w:rPr>
                <w:rFonts w:cs="Times New Roman"/>
                <w:bCs/>
                <w:sz w:val="24"/>
                <w:szCs w:val="24"/>
              </w:rPr>
            </w:pPr>
          </w:p>
        </w:tc>
        <w:tc>
          <w:tcPr>
            <w:tcW w:w="175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3</w:t>
            </w:r>
          </w:p>
        </w:tc>
        <w:tc>
          <w:tcPr>
            <w:tcW w:w="2438" w:type="dxa"/>
          </w:tcPr>
          <w:p w:rsidR="00A65DD7" w:rsidRPr="009A54A4" w:rsidRDefault="00A65DD7" w:rsidP="005E0605">
            <w:pPr>
              <w:spacing w:after="0"/>
              <w:rPr>
                <w:rFonts w:cs="Times New Roman"/>
                <w:bCs/>
                <w:sz w:val="24"/>
                <w:szCs w:val="24"/>
              </w:rPr>
            </w:pPr>
          </w:p>
        </w:tc>
        <w:tc>
          <w:tcPr>
            <w:tcW w:w="2721" w:type="dxa"/>
          </w:tcPr>
          <w:p w:rsidR="00A65DD7" w:rsidRPr="009A54A4" w:rsidRDefault="00A65DD7" w:rsidP="005E0605">
            <w:pPr>
              <w:spacing w:after="0"/>
              <w:rPr>
                <w:rFonts w:cs="Times New Roman"/>
                <w:bCs/>
                <w:sz w:val="24"/>
                <w:szCs w:val="24"/>
              </w:rPr>
            </w:pPr>
          </w:p>
        </w:tc>
        <w:tc>
          <w:tcPr>
            <w:tcW w:w="2211"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304" w:type="dxa"/>
          </w:tcPr>
          <w:p w:rsidR="00A65DD7" w:rsidRPr="009A54A4" w:rsidRDefault="00A65DD7" w:rsidP="005E0605">
            <w:pPr>
              <w:spacing w:after="0"/>
              <w:rPr>
                <w:rFonts w:cs="Times New Roman"/>
                <w:bCs/>
                <w:sz w:val="24"/>
                <w:szCs w:val="24"/>
              </w:rPr>
            </w:pPr>
          </w:p>
        </w:tc>
        <w:tc>
          <w:tcPr>
            <w:tcW w:w="2551" w:type="dxa"/>
          </w:tcPr>
          <w:p w:rsidR="00A65DD7" w:rsidRPr="009A54A4" w:rsidRDefault="00A65DD7" w:rsidP="005E0605">
            <w:pPr>
              <w:spacing w:after="0"/>
              <w:rPr>
                <w:rFonts w:cs="Times New Roman"/>
                <w:bCs/>
                <w:sz w:val="24"/>
                <w:szCs w:val="24"/>
              </w:rPr>
            </w:pPr>
          </w:p>
        </w:tc>
        <w:tc>
          <w:tcPr>
            <w:tcW w:w="175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4</w:t>
            </w:r>
          </w:p>
        </w:tc>
        <w:tc>
          <w:tcPr>
            <w:tcW w:w="2438" w:type="dxa"/>
          </w:tcPr>
          <w:p w:rsidR="00A65DD7" w:rsidRPr="009A54A4" w:rsidRDefault="00A65DD7" w:rsidP="005E0605">
            <w:pPr>
              <w:spacing w:after="0"/>
              <w:rPr>
                <w:rFonts w:cs="Times New Roman"/>
                <w:bCs/>
                <w:sz w:val="24"/>
                <w:szCs w:val="24"/>
              </w:rPr>
            </w:pPr>
          </w:p>
        </w:tc>
        <w:tc>
          <w:tcPr>
            <w:tcW w:w="2721" w:type="dxa"/>
          </w:tcPr>
          <w:p w:rsidR="00A65DD7" w:rsidRPr="009A54A4" w:rsidRDefault="00A65DD7" w:rsidP="005E0605">
            <w:pPr>
              <w:spacing w:after="0"/>
              <w:rPr>
                <w:rFonts w:cs="Times New Roman"/>
                <w:bCs/>
                <w:sz w:val="24"/>
                <w:szCs w:val="24"/>
              </w:rPr>
            </w:pPr>
          </w:p>
        </w:tc>
        <w:tc>
          <w:tcPr>
            <w:tcW w:w="2211"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304" w:type="dxa"/>
          </w:tcPr>
          <w:p w:rsidR="00A65DD7" w:rsidRPr="009A54A4" w:rsidRDefault="00A65DD7" w:rsidP="005E0605">
            <w:pPr>
              <w:spacing w:after="0"/>
              <w:rPr>
                <w:rFonts w:cs="Times New Roman"/>
                <w:bCs/>
                <w:sz w:val="24"/>
                <w:szCs w:val="24"/>
              </w:rPr>
            </w:pPr>
          </w:p>
        </w:tc>
        <w:tc>
          <w:tcPr>
            <w:tcW w:w="2551" w:type="dxa"/>
          </w:tcPr>
          <w:p w:rsidR="00A65DD7" w:rsidRPr="009A54A4" w:rsidRDefault="00A65DD7" w:rsidP="005E0605">
            <w:pPr>
              <w:spacing w:after="0"/>
              <w:rPr>
                <w:rFonts w:cs="Times New Roman"/>
                <w:bCs/>
                <w:sz w:val="24"/>
                <w:szCs w:val="24"/>
              </w:rPr>
            </w:pPr>
          </w:p>
        </w:tc>
        <w:tc>
          <w:tcPr>
            <w:tcW w:w="175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5</w:t>
            </w:r>
          </w:p>
        </w:tc>
        <w:tc>
          <w:tcPr>
            <w:tcW w:w="2438" w:type="dxa"/>
          </w:tcPr>
          <w:p w:rsidR="00A65DD7" w:rsidRPr="009A54A4" w:rsidRDefault="00A65DD7" w:rsidP="005E0605">
            <w:pPr>
              <w:spacing w:after="0"/>
              <w:rPr>
                <w:rFonts w:cs="Times New Roman"/>
                <w:bCs/>
                <w:sz w:val="24"/>
                <w:szCs w:val="24"/>
              </w:rPr>
            </w:pPr>
          </w:p>
        </w:tc>
        <w:tc>
          <w:tcPr>
            <w:tcW w:w="2721" w:type="dxa"/>
          </w:tcPr>
          <w:p w:rsidR="00A65DD7" w:rsidRPr="009A54A4" w:rsidRDefault="00A65DD7" w:rsidP="005E0605">
            <w:pPr>
              <w:spacing w:after="0"/>
              <w:rPr>
                <w:rFonts w:cs="Times New Roman"/>
                <w:bCs/>
                <w:sz w:val="24"/>
                <w:szCs w:val="24"/>
              </w:rPr>
            </w:pPr>
          </w:p>
        </w:tc>
        <w:tc>
          <w:tcPr>
            <w:tcW w:w="2211"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304" w:type="dxa"/>
          </w:tcPr>
          <w:p w:rsidR="00A65DD7" w:rsidRPr="009A54A4" w:rsidRDefault="00A65DD7" w:rsidP="005E0605">
            <w:pPr>
              <w:spacing w:after="0"/>
              <w:rPr>
                <w:rFonts w:cs="Times New Roman"/>
                <w:bCs/>
                <w:sz w:val="24"/>
                <w:szCs w:val="24"/>
              </w:rPr>
            </w:pPr>
          </w:p>
        </w:tc>
        <w:tc>
          <w:tcPr>
            <w:tcW w:w="2551" w:type="dxa"/>
          </w:tcPr>
          <w:p w:rsidR="00A65DD7" w:rsidRPr="009A54A4" w:rsidRDefault="00A65DD7" w:rsidP="005E0605">
            <w:pPr>
              <w:spacing w:after="0"/>
              <w:rPr>
                <w:rFonts w:cs="Times New Roman"/>
                <w:bCs/>
                <w:sz w:val="24"/>
                <w:szCs w:val="24"/>
              </w:rPr>
            </w:pPr>
          </w:p>
        </w:tc>
        <w:tc>
          <w:tcPr>
            <w:tcW w:w="175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6</w:t>
            </w:r>
          </w:p>
        </w:tc>
        <w:tc>
          <w:tcPr>
            <w:tcW w:w="2438" w:type="dxa"/>
          </w:tcPr>
          <w:p w:rsidR="00A65DD7" w:rsidRPr="009A54A4" w:rsidRDefault="00A65DD7" w:rsidP="005E0605">
            <w:pPr>
              <w:spacing w:after="0"/>
              <w:rPr>
                <w:rFonts w:cs="Times New Roman"/>
                <w:bCs/>
                <w:sz w:val="24"/>
                <w:szCs w:val="24"/>
              </w:rPr>
            </w:pPr>
          </w:p>
        </w:tc>
        <w:tc>
          <w:tcPr>
            <w:tcW w:w="2721" w:type="dxa"/>
          </w:tcPr>
          <w:p w:rsidR="00A65DD7" w:rsidRPr="009A54A4" w:rsidRDefault="00A65DD7" w:rsidP="005E0605">
            <w:pPr>
              <w:spacing w:after="0"/>
              <w:rPr>
                <w:rFonts w:cs="Times New Roman"/>
                <w:bCs/>
                <w:sz w:val="24"/>
                <w:szCs w:val="24"/>
              </w:rPr>
            </w:pPr>
          </w:p>
        </w:tc>
        <w:tc>
          <w:tcPr>
            <w:tcW w:w="2211"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304" w:type="dxa"/>
          </w:tcPr>
          <w:p w:rsidR="00A65DD7" w:rsidRPr="009A54A4" w:rsidRDefault="00A65DD7" w:rsidP="005E0605">
            <w:pPr>
              <w:spacing w:after="0"/>
              <w:rPr>
                <w:rFonts w:cs="Times New Roman"/>
                <w:bCs/>
                <w:sz w:val="24"/>
                <w:szCs w:val="24"/>
              </w:rPr>
            </w:pPr>
          </w:p>
        </w:tc>
        <w:tc>
          <w:tcPr>
            <w:tcW w:w="2551" w:type="dxa"/>
          </w:tcPr>
          <w:p w:rsidR="00A65DD7" w:rsidRPr="009A54A4" w:rsidRDefault="00A65DD7" w:rsidP="005E0605">
            <w:pPr>
              <w:spacing w:after="0"/>
              <w:rPr>
                <w:rFonts w:cs="Times New Roman"/>
                <w:bCs/>
                <w:sz w:val="24"/>
                <w:szCs w:val="24"/>
              </w:rPr>
            </w:pPr>
          </w:p>
        </w:tc>
        <w:tc>
          <w:tcPr>
            <w:tcW w:w="175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7</w:t>
            </w:r>
          </w:p>
        </w:tc>
        <w:tc>
          <w:tcPr>
            <w:tcW w:w="2438" w:type="dxa"/>
          </w:tcPr>
          <w:p w:rsidR="00A65DD7" w:rsidRPr="009A54A4" w:rsidRDefault="00A65DD7" w:rsidP="005E0605">
            <w:pPr>
              <w:spacing w:after="0"/>
              <w:rPr>
                <w:rFonts w:cs="Times New Roman"/>
                <w:bCs/>
                <w:sz w:val="24"/>
                <w:szCs w:val="24"/>
              </w:rPr>
            </w:pPr>
          </w:p>
        </w:tc>
        <w:tc>
          <w:tcPr>
            <w:tcW w:w="2721" w:type="dxa"/>
          </w:tcPr>
          <w:p w:rsidR="00A65DD7" w:rsidRPr="009A54A4" w:rsidRDefault="00A65DD7" w:rsidP="005E0605">
            <w:pPr>
              <w:spacing w:after="0"/>
              <w:rPr>
                <w:rFonts w:cs="Times New Roman"/>
                <w:bCs/>
                <w:sz w:val="24"/>
                <w:szCs w:val="24"/>
              </w:rPr>
            </w:pPr>
          </w:p>
        </w:tc>
        <w:tc>
          <w:tcPr>
            <w:tcW w:w="2211"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304" w:type="dxa"/>
          </w:tcPr>
          <w:p w:rsidR="00A65DD7" w:rsidRPr="009A54A4" w:rsidRDefault="00A65DD7" w:rsidP="005E0605">
            <w:pPr>
              <w:spacing w:after="0"/>
              <w:rPr>
                <w:rFonts w:cs="Times New Roman"/>
                <w:bCs/>
                <w:sz w:val="24"/>
                <w:szCs w:val="24"/>
              </w:rPr>
            </w:pPr>
          </w:p>
        </w:tc>
        <w:tc>
          <w:tcPr>
            <w:tcW w:w="2551" w:type="dxa"/>
          </w:tcPr>
          <w:p w:rsidR="00A65DD7" w:rsidRPr="009A54A4" w:rsidRDefault="00A65DD7" w:rsidP="005E0605">
            <w:pPr>
              <w:spacing w:after="0"/>
              <w:rPr>
                <w:rFonts w:cs="Times New Roman"/>
                <w:bCs/>
                <w:sz w:val="24"/>
                <w:szCs w:val="24"/>
              </w:rPr>
            </w:pPr>
          </w:p>
        </w:tc>
        <w:tc>
          <w:tcPr>
            <w:tcW w:w="175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8</w:t>
            </w:r>
          </w:p>
        </w:tc>
        <w:tc>
          <w:tcPr>
            <w:tcW w:w="2438" w:type="dxa"/>
          </w:tcPr>
          <w:p w:rsidR="00A65DD7" w:rsidRPr="009A54A4" w:rsidRDefault="00A65DD7" w:rsidP="005E0605">
            <w:pPr>
              <w:spacing w:after="0"/>
              <w:rPr>
                <w:rFonts w:cs="Times New Roman"/>
                <w:bCs/>
                <w:sz w:val="24"/>
                <w:szCs w:val="24"/>
              </w:rPr>
            </w:pPr>
          </w:p>
        </w:tc>
        <w:tc>
          <w:tcPr>
            <w:tcW w:w="2721" w:type="dxa"/>
          </w:tcPr>
          <w:p w:rsidR="00A65DD7" w:rsidRPr="009A54A4" w:rsidRDefault="00A65DD7" w:rsidP="005E0605">
            <w:pPr>
              <w:spacing w:after="0"/>
              <w:rPr>
                <w:rFonts w:cs="Times New Roman"/>
                <w:bCs/>
                <w:sz w:val="24"/>
                <w:szCs w:val="24"/>
              </w:rPr>
            </w:pPr>
          </w:p>
        </w:tc>
        <w:tc>
          <w:tcPr>
            <w:tcW w:w="2211"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304" w:type="dxa"/>
          </w:tcPr>
          <w:p w:rsidR="00A65DD7" w:rsidRPr="009A54A4" w:rsidRDefault="00A65DD7" w:rsidP="005E0605">
            <w:pPr>
              <w:spacing w:after="0"/>
              <w:rPr>
                <w:rFonts w:cs="Times New Roman"/>
                <w:bCs/>
                <w:sz w:val="24"/>
                <w:szCs w:val="24"/>
              </w:rPr>
            </w:pPr>
          </w:p>
        </w:tc>
        <w:tc>
          <w:tcPr>
            <w:tcW w:w="2551" w:type="dxa"/>
          </w:tcPr>
          <w:p w:rsidR="00A65DD7" w:rsidRPr="009A54A4" w:rsidRDefault="00A65DD7" w:rsidP="005E0605">
            <w:pPr>
              <w:spacing w:after="0"/>
              <w:rPr>
                <w:rFonts w:cs="Times New Roman"/>
                <w:bCs/>
                <w:sz w:val="24"/>
                <w:szCs w:val="24"/>
              </w:rPr>
            </w:pPr>
          </w:p>
        </w:tc>
        <w:tc>
          <w:tcPr>
            <w:tcW w:w="175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9</w:t>
            </w:r>
          </w:p>
        </w:tc>
        <w:tc>
          <w:tcPr>
            <w:tcW w:w="2438" w:type="dxa"/>
          </w:tcPr>
          <w:p w:rsidR="00A65DD7" w:rsidRPr="009A54A4" w:rsidRDefault="00A65DD7" w:rsidP="005E0605">
            <w:pPr>
              <w:spacing w:after="0"/>
              <w:rPr>
                <w:rFonts w:cs="Times New Roman"/>
                <w:bCs/>
                <w:sz w:val="24"/>
                <w:szCs w:val="24"/>
              </w:rPr>
            </w:pPr>
          </w:p>
        </w:tc>
        <w:tc>
          <w:tcPr>
            <w:tcW w:w="2721" w:type="dxa"/>
          </w:tcPr>
          <w:p w:rsidR="00A65DD7" w:rsidRPr="009A54A4" w:rsidRDefault="00A65DD7" w:rsidP="005E0605">
            <w:pPr>
              <w:spacing w:after="0"/>
              <w:rPr>
                <w:rFonts w:cs="Times New Roman"/>
                <w:bCs/>
                <w:sz w:val="24"/>
                <w:szCs w:val="24"/>
              </w:rPr>
            </w:pPr>
          </w:p>
        </w:tc>
        <w:tc>
          <w:tcPr>
            <w:tcW w:w="2211"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304" w:type="dxa"/>
          </w:tcPr>
          <w:p w:rsidR="00A65DD7" w:rsidRPr="009A54A4" w:rsidRDefault="00A65DD7" w:rsidP="005E0605">
            <w:pPr>
              <w:spacing w:after="0"/>
              <w:rPr>
                <w:rFonts w:cs="Times New Roman"/>
                <w:bCs/>
                <w:sz w:val="24"/>
                <w:szCs w:val="24"/>
              </w:rPr>
            </w:pPr>
          </w:p>
        </w:tc>
        <w:tc>
          <w:tcPr>
            <w:tcW w:w="2551" w:type="dxa"/>
          </w:tcPr>
          <w:p w:rsidR="00A65DD7" w:rsidRPr="009A54A4" w:rsidRDefault="00A65DD7" w:rsidP="005E0605">
            <w:pPr>
              <w:spacing w:after="0"/>
              <w:rPr>
                <w:rFonts w:cs="Times New Roman"/>
                <w:bCs/>
                <w:sz w:val="24"/>
                <w:szCs w:val="24"/>
              </w:rPr>
            </w:pPr>
          </w:p>
        </w:tc>
        <w:tc>
          <w:tcPr>
            <w:tcW w:w="1757"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10</w:t>
            </w:r>
          </w:p>
        </w:tc>
        <w:tc>
          <w:tcPr>
            <w:tcW w:w="2438" w:type="dxa"/>
          </w:tcPr>
          <w:p w:rsidR="00A65DD7" w:rsidRPr="009A54A4" w:rsidRDefault="00A65DD7" w:rsidP="005E0605">
            <w:pPr>
              <w:spacing w:after="0"/>
              <w:rPr>
                <w:rFonts w:cs="Times New Roman"/>
                <w:bCs/>
                <w:sz w:val="24"/>
                <w:szCs w:val="24"/>
              </w:rPr>
            </w:pPr>
          </w:p>
        </w:tc>
        <w:tc>
          <w:tcPr>
            <w:tcW w:w="2721" w:type="dxa"/>
          </w:tcPr>
          <w:p w:rsidR="00A65DD7" w:rsidRPr="009A54A4" w:rsidRDefault="00A65DD7" w:rsidP="005E0605">
            <w:pPr>
              <w:spacing w:after="0"/>
              <w:rPr>
                <w:rFonts w:cs="Times New Roman"/>
                <w:bCs/>
                <w:sz w:val="24"/>
                <w:szCs w:val="24"/>
              </w:rPr>
            </w:pPr>
          </w:p>
        </w:tc>
        <w:tc>
          <w:tcPr>
            <w:tcW w:w="2211" w:type="dxa"/>
          </w:tcPr>
          <w:p w:rsidR="00A65DD7" w:rsidRPr="009A54A4" w:rsidRDefault="00A65DD7" w:rsidP="005E0605">
            <w:pPr>
              <w:spacing w:after="0"/>
              <w:rPr>
                <w:rFonts w:cs="Times New Roman"/>
                <w:bCs/>
                <w:sz w:val="24"/>
                <w:szCs w:val="24"/>
              </w:rPr>
            </w:pPr>
          </w:p>
        </w:tc>
        <w:tc>
          <w:tcPr>
            <w:tcW w:w="1587" w:type="dxa"/>
          </w:tcPr>
          <w:p w:rsidR="00A65DD7" w:rsidRPr="009A54A4" w:rsidRDefault="00A65DD7" w:rsidP="005E0605">
            <w:pPr>
              <w:spacing w:after="0"/>
              <w:rPr>
                <w:rFonts w:cs="Times New Roman"/>
                <w:bCs/>
                <w:sz w:val="24"/>
                <w:szCs w:val="24"/>
              </w:rPr>
            </w:pPr>
          </w:p>
        </w:tc>
        <w:tc>
          <w:tcPr>
            <w:tcW w:w="1304" w:type="dxa"/>
          </w:tcPr>
          <w:p w:rsidR="00A65DD7" w:rsidRPr="009A54A4" w:rsidRDefault="00A65DD7" w:rsidP="005E0605">
            <w:pPr>
              <w:spacing w:after="0"/>
              <w:rPr>
                <w:rFonts w:cs="Times New Roman"/>
                <w:bCs/>
                <w:sz w:val="24"/>
                <w:szCs w:val="24"/>
              </w:rPr>
            </w:pPr>
          </w:p>
        </w:tc>
        <w:tc>
          <w:tcPr>
            <w:tcW w:w="2551" w:type="dxa"/>
          </w:tcPr>
          <w:p w:rsidR="00A65DD7" w:rsidRPr="009A54A4" w:rsidRDefault="00A65DD7" w:rsidP="005E0605">
            <w:pPr>
              <w:spacing w:after="0"/>
              <w:rPr>
                <w:rFonts w:cs="Times New Roman"/>
                <w:bCs/>
                <w:sz w:val="24"/>
                <w:szCs w:val="24"/>
              </w:rPr>
            </w:pPr>
          </w:p>
        </w:tc>
        <w:tc>
          <w:tcPr>
            <w:tcW w:w="1757" w:type="dxa"/>
          </w:tcPr>
          <w:p w:rsidR="00A65DD7" w:rsidRPr="009A54A4" w:rsidRDefault="00A65DD7" w:rsidP="005E0605">
            <w:pPr>
              <w:spacing w:after="0"/>
              <w:rPr>
                <w:rFonts w:cs="Times New Roman"/>
                <w:bCs/>
                <w:sz w:val="24"/>
                <w:szCs w:val="24"/>
              </w:rPr>
            </w:pPr>
          </w:p>
        </w:tc>
      </w:tr>
    </w:tbl>
    <w:p w:rsidR="00A65DD7" w:rsidRPr="005E0605" w:rsidRDefault="005E0605" w:rsidP="005E0605">
      <w:pPr>
        <w:spacing w:after="0"/>
        <w:rPr>
          <w:rFonts w:cs="Times New Roman"/>
          <w:sz w:val="24"/>
          <w:szCs w:val="24"/>
        </w:rPr>
      </w:pPr>
      <w:r w:rsidRPr="005E0605">
        <w:rPr>
          <w:rFonts w:cs="Times New Roman"/>
          <w:sz w:val="24"/>
          <w:szCs w:val="24"/>
        </w:rPr>
        <w:br w:type="page"/>
      </w:r>
    </w:p>
    <w:p w:rsidR="00A65DD7" w:rsidRPr="005E0605" w:rsidRDefault="005E0605" w:rsidP="005E0605">
      <w:pPr>
        <w:spacing w:after="0"/>
        <w:rPr>
          <w:rFonts w:cs="Times New Roman"/>
          <w:sz w:val="24"/>
          <w:szCs w:val="24"/>
        </w:rPr>
      </w:pPr>
      <w:r w:rsidRPr="005E0605">
        <w:rPr>
          <w:rFonts w:cs="Times New Roman"/>
          <w:b/>
          <w:sz w:val="24"/>
          <w:szCs w:val="24"/>
        </w:rPr>
        <w:lastRenderedPageBreak/>
        <w:t>AUNIATI UNIVERSITY | COURSE-WISE AND PAPER-WISE SYLLABUS PROGRESS REPORT</w:t>
      </w:r>
    </w:p>
    <w:p w:rsidR="00A65DD7" w:rsidRPr="005E0605" w:rsidRDefault="005E0605" w:rsidP="005E0605">
      <w:pPr>
        <w:spacing w:after="0"/>
        <w:rPr>
          <w:rFonts w:cs="Times New Roman"/>
          <w:sz w:val="24"/>
          <w:szCs w:val="24"/>
        </w:rPr>
      </w:pPr>
      <w:proofErr w:type="gramStart"/>
      <w:r w:rsidRPr="005E0605">
        <w:rPr>
          <w:rFonts w:cs="Times New Roman"/>
          <w:sz w:val="24"/>
          <w:szCs w:val="24"/>
        </w:rPr>
        <w:t>Faculty</w:t>
      </w:r>
      <w:r w:rsidR="009A54A4">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   Department</w:t>
      </w:r>
      <w:r w:rsidR="009A54A4">
        <w:rPr>
          <w:rFonts w:cs="Times New Roman"/>
          <w:sz w:val="24"/>
          <w:szCs w:val="24"/>
        </w:rPr>
        <w:t xml:space="preserve"> </w:t>
      </w:r>
      <w:r w:rsidRPr="005E0605">
        <w:rPr>
          <w:rFonts w:cs="Times New Roman"/>
          <w:sz w:val="24"/>
          <w:szCs w:val="24"/>
        </w:rPr>
        <w:t>: ____________________   Course/Paper Code</w:t>
      </w:r>
      <w:r w:rsidR="009A54A4">
        <w:rPr>
          <w:rFonts w:cs="Times New Roman"/>
          <w:sz w:val="24"/>
          <w:szCs w:val="24"/>
        </w:rPr>
        <w:t xml:space="preserve"> </w:t>
      </w:r>
      <w:r w:rsidRPr="005E0605">
        <w:rPr>
          <w:rFonts w:cs="Times New Roman"/>
          <w:sz w:val="24"/>
          <w:szCs w:val="24"/>
        </w:rPr>
        <w:t>: ______________</w:t>
      </w:r>
    </w:p>
    <w:p w:rsidR="00A65DD7" w:rsidRPr="005E0605" w:rsidRDefault="005E0605" w:rsidP="005E0605">
      <w:pPr>
        <w:spacing w:after="0"/>
        <w:rPr>
          <w:rFonts w:cs="Times New Roman"/>
          <w:sz w:val="24"/>
          <w:szCs w:val="24"/>
        </w:rPr>
      </w:pPr>
      <w:proofErr w:type="gramStart"/>
      <w:r w:rsidRPr="005E0605">
        <w:rPr>
          <w:rFonts w:cs="Times New Roman"/>
          <w:sz w:val="24"/>
          <w:szCs w:val="24"/>
        </w:rPr>
        <w:t>Session</w:t>
      </w:r>
      <w:r w:rsidR="009A54A4">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2026–2027 | Semester</w:t>
      </w:r>
      <w:r w:rsidR="009A54A4">
        <w:rPr>
          <w:rFonts w:cs="Times New Roman"/>
          <w:sz w:val="24"/>
          <w:szCs w:val="24"/>
        </w:rPr>
        <w:t xml:space="preserve"> </w:t>
      </w:r>
      <w:r w:rsidRPr="005E0605">
        <w:rPr>
          <w:rFonts w:cs="Times New Roman"/>
          <w:sz w:val="24"/>
          <w:szCs w:val="24"/>
        </w:rPr>
        <w:t>: July–December 2026 | Progress up to</w:t>
      </w:r>
      <w:r w:rsidR="009A54A4">
        <w:rPr>
          <w:rFonts w:cs="Times New Roman"/>
          <w:sz w:val="24"/>
          <w:szCs w:val="24"/>
        </w:rPr>
        <w:t xml:space="preserve"> </w:t>
      </w:r>
      <w:r w:rsidRPr="005E0605">
        <w:rPr>
          <w:rFonts w:cs="Times New Roman"/>
          <w:sz w:val="24"/>
          <w:szCs w:val="24"/>
        </w:rPr>
        <w:t>: 30</w:t>
      </w:r>
      <w:r w:rsidR="009A54A4" w:rsidRPr="009A54A4">
        <w:rPr>
          <w:rFonts w:cs="Times New Roman"/>
          <w:sz w:val="24"/>
          <w:szCs w:val="24"/>
          <w:vertAlign w:val="superscript"/>
        </w:rPr>
        <w:t>th</w:t>
      </w:r>
      <w:r w:rsidR="009A54A4">
        <w:rPr>
          <w:rFonts w:cs="Times New Roman"/>
          <w:sz w:val="24"/>
          <w:szCs w:val="24"/>
        </w:rPr>
        <w:t xml:space="preserve"> </w:t>
      </w:r>
      <w:r w:rsidRPr="005E0605">
        <w:rPr>
          <w:rFonts w:cs="Times New Roman"/>
          <w:sz w:val="24"/>
          <w:szCs w:val="24"/>
        </w:rPr>
        <w:t>September 2026</w:t>
      </w:r>
    </w:p>
    <w:p w:rsidR="00A65DD7" w:rsidRPr="005E0605" w:rsidRDefault="005E0605" w:rsidP="005E0605">
      <w:pPr>
        <w:pStyle w:val="Heading1"/>
        <w:spacing w:before="0"/>
        <w:rPr>
          <w:rFonts w:ascii="Times New Roman" w:hAnsi="Times New Roman" w:cs="Times New Roman"/>
          <w:szCs w:val="24"/>
        </w:rPr>
      </w:pPr>
      <w:r w:rsidRPr="005E0605">
        <w:rPr>
          <w:rFonts w:ascii="Times New Roman" w:hAnsi="Times New Roman" w:cs="Times New Roman"/>
          <w:szCs w:val="24"/>
        </w:rPr>
        <w:t>8. SUMMARY OF TEACHING PROGRESS AS ON 30 SEPTEMBER 2026</w:t>
      </w:r>
    </w:p>
    <w:tbl>
      <w:tblPr>
        <w:tblStyle w:val="TableGrid"/>
        <w:tblW w:w="0" w:type="auto"/>
        <w:tblLayout w:type="fixed"/>
        <w:tblLook w:val="04A0" w:firstRow="1" w:lastRow="0" w:firstColumn="1" w:lastColumn="0" w:noHBand="0" w:noVBand="1"/>
      </w:tblPr>
      <w:tblGrid>
        <w:gridCol w:w="794"/>
        <w:gridCol w:w="8787"/>
        <w:gridCol w:w="5669"/>
      </w:tblGrid>
      <w:tr w:rsidR="00A65DD7" w:rsidRPr="005E0605" w:rsidTr="009A54A4">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Sl. No.</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Particulars</w:t>
            </w:r>
          </w:p>
        </w:tc>
        <w:tc>
          <w:tcPr>
            <w:tcW w:w="5669" w:type="dxa"/>
          </w:tcPr>
          <w:p w:rsidR="00A65DD7" w:rsidRPr="009A54A4" w:rsidRDefault="005E0605" w:rsidP="005E0605">
            <w:pPr>
              <w:spacing w:after="0"/>
              <w:rPr>
                <w:rFonts w:cs="Times New Roman"/>
                <w:bCs/>
                <w:sz w:val="24"/>
                <w:szCs w:val="24"/>
              </w:rPr>
            </w:pPr>
            <w:r w:rsidRPr="009A54A4">
              <w:rPr>
                <w:rFonts w:cs="Times New Roman"/>
                <w:bCs/>
                <w:sz w:val="24"/>
                <w:szCs w:val="24"/>
              </w:rPr>
              <w:t>Details</w:t>
            </w: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1</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Total classes scheduled up to the reporting cut-off date</w:t>
            </w:r>
          </w:p>
        </w:tc>
        <w:tc>
          <w:tcPr>
            <w:tcW w:w="5669" w:type="dxa"/>
          </w:tcPr>
          <w:p w:rsidR="00A65DD7" w:rsidRPr="009A54A4" w:rsidRDefault="00A65DD7" w:rsidP="005E0605">
            <w:pPr>
              <w:spacing w:after="0"/>
              <w:rPr>
                <w:rFonts w:cs="Times New Roman"/>
                <w:bCs/>
                <w:sz w:val="24"/>
                <w:szCs w:val="24"/>
              </w:rPr>
            </w:pP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2</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Scheduled classes actually conducted</w:t>
            </w:r>
          </w:p>
        </w:tc>
        <w:tc>
          <w:tcPr>
            <w:tcW w:w="5669" w:type="dxa"/>
          </w:tcPr>
          <w:p w:rsidR="00A65DD7" w:rsidRPr="009A54A4" w:rsidRDefault="00A65DD7" w:rsidP="005E0605">
            <w:pPr>
              <w:spacing w:after="0"/>
              <w:rPr>
                <w:rFonts w:cs="Times New Roman"/>
                <w:bCs/>
                <w:sz w:val="24"/>
                <w:szCs w:val="24"/>
              </w:rPr>
            </w:pP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3</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Scheduled classes not conducted</w:t>
            </w:r>
          </w:p>
        </w:tc>
        <w:tc>
          <w:tcPr>
            <w:tcW w:w="5669" w:type="dxa"/>
          </w:tcPr>
          <w:p w:rsidR="00A65DD7" w:rsidRPr="009A54A4" w:rsidRDefault="00A65DD7" w:rsidP="005E0605">
            <w:pPr>
              <w:spacing w:after="0"/>
              <w:rPr>
                <w:rFonts w:cs="Times New Roman"/>
                <w:bCs/>
                <w:sz w:val="24"/>
                <w:szCs w:val="24"/>
              </w:rPr>
            </w:pP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4</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Additional/replacement classes conducted</w:t>
            </w:r>
          </w:p>
        </w:tc>
        <w:tc>
          <w:tcPr>
            <w:tcW w:w="5669" w:type="dxa"/>
          </w:tcPr>
          <w:p w:rsidR="00A65DD7" w:rsidRPr="009A54A4" w:rsidRDefault="00A65DD7" w:rsidP="005E0605">
            <w:pPr>
              <w:spacing w:after="0"/>
              <w:rPr>
                <w:rFonts w:cs="Times New Roman"/>
                <w:bCs/>
                <w:sz w:val="24"/>
                <w:szCs w:val="24"/>
              </w:rPr>
            </w:pP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5</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Total classes actually conducted</w:t>
            </w:r>
          </w:p>
        </w:tc>
        <w:tc>
          <w:tcPr>
            <w:tcW w:w="5669" w:type="dxa"/>
          </w:tcPr>
          <w:p w:rsidR="00A65DD7" w:rsidRPr="009A54A4" w:rsidRDefault="00A65DD7" w:rsidP="005E0605">
            <w:pPr>
              <w:spacing w:after="0"/>
              <w:rPr>
                <w:rFonts w:cs="Times New Roman"/>
                <w:bCs/>
                <w:sz w:val="24"/>
                <w:szCs w:val="24"/>
              </w:rPr>
            </w:pP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6</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Total actual teaching hours completed</w:t>
            </w:r>
          </w:p>
        </w:tc>
        <w:tc>
          <w:tcPr>
            <w:tcW w:w="5669" w:type="dxa"/>
          </w:tcPr>
          <w:p w:rsidR="00A65DD7" w:rsidRPr="009A54A4" w:rsidRDefault="00A65DD7" w:rsidP="005E0605">
            <w:pPr>
              <w:spacing w:after="0"/>
              <w:rPr>
                <w:rFonts w:cs="Times New Roman"/>
                <w:bCs/>
                <w:sz w:val="24"/>
                <w:szCs w:val="24"/>
              </w:rPr>
            </w:pP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7</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Number of units/topics fully completed</w:t>
            </w:r>
          </w:p>
        </w:tc>
        <w:tc>
          <w:tcPr>
            <w:tcW w:w="5669" w:type="dxa"/>
          </w:tcPr>
          <w:p w:rsidR="00A65DD7" w:rsidRPr="009A54A4" w:rsidRDefault="00A65DD7" w:rsidP="005E0605">
            <w:pPr>
              <w:spacing w:after="0"/>
              <w:rPr>
                <w:rFonts w:cs="Times New Roman"/>
                <w:bCs/>
                <w:sz w:val="24"/>
                <w:szCs w:val="24"/>
              </w:rPr>
            </w:pP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8</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Number of units/topics partly completed</w:t>
            </w:r>
          </w:p>
        </w:tc>
        <w:tc>
          <w:tcPr>
            <w:tcW w:w="5669" w:type="dxa"/>
          </w:tcPr>
          <w:p w:rsidR="00A65DD7" w:rsidRPr="009A54A4" w:rsidRDefault="00A65DD7" w:rsidP="005E0605">
            <w:pPr>
              <w:spacing w:after="0"/>
              <w:rPr>
                <w:rFonts w:cs="Times New Roman"/>
                <w:bCs/>
                <w:sz w:val="24"/>
                <w:szCs w:val="24"/>
              </w:rPr>
            </w:pP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9</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Number of units/topics not commenced</w:t>
            </w:r>
          </w:p>
        </w:tc>
        <w:tc>
          <w:tcPr>
            <w:tcW w:w="5669" w:type="dxa"/>
          </w:tcPr>
          <w:p w:rsidR="00A65DD7" w:rsidRPr="009A54A4" w:rsidRDefault="00A65DD7" w:rsidP="005E0605">
            <w:pPr>
              <w:spacing w:after="0"/>
              <w:rPr>
                <w:rFonts w:cs="Times New Roman"/>
                <w:bCs/>
                <w:sz w:val="24"/>
                <w:szCs w:val="24"/>
              </w:rPr>
            </w:pP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10</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Percentage of syllabus completed</w:t>
            </w:r>
          </w:p>
        </w:tc>
        <w:tc>
          <w:tcPr>
            <w:tcW w:w="5669" w:type="dxa"/>
          </w:tcPr>
          <w:p w:rsidR="00A65DD7" w:rsidRPr="009A54A4" w:rsidRDefault="00A65DD7" w:rsidP="005E0605">
            <w:pPr>
              <w:spacing w:after="0"/>
              <w:rPr>
                <w:rFonts w:cs="Times New Roman"/>
                <w:bCs/>
                <w:sz w:val="24"/>
                <w:szCs w:val="24"/>
              </w:rPr>
            </w:pP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11</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Percentage of syllabus remaining</w:t>
            </w:r>
          </w:p>
        </w:tc>
        <w:tc>
          <w:tcPr>
            <w:tcW w:w="5669" w:type="dxa"/>
          </w:tcPr>
          <w:p w:rsidR="00A65DD7" w:rsidRPr="009A54A4" w:rsidRDefault="00A65DD7" w:rsidP="005E0605">
            <w:pPr>
              <w:spacing w:after="0"/>
              <w:rPr>
                <w:rFonts w:cs="Times New Roman"/>
                <w:bCs/>
                <w:sz w:val="24"/>
                <w:szCs w:val="24"/>
              </w:rPr>
            </w:pP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12</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Basis used to calculate syllabus completion</w:t>
            </w:r>
          </w:p>
        </w:tc>
        <w:tc>
          <w:tcPr>
            <w:tcW w:w="5669" w:type="dxa"/>
          </w:tcPr>
          <w:p w:rsidR="00A65DD7" w:rsidRPr="009A54A4" w:rsidRDefault="00A65DD7" w:rsidP="005E0605">
            <w:pPr>
              <w:spacing w:after="0"/>
              <w:rPr>
                <w:rFonts w:cs="Times New Roman"/>
                <w:bCs/>
                <w:sz w:val="24"/>
                <w:szCs w:val="24"/>
              </w:rPr>
            </w:pP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13</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Overall course/paper status</w:t>
            </w:r>
          </w:p>
        </w:tc>
        <w:tc>
          <w:tcPr>
            <w:tcW w:w="5669" w:type="dxa"/>
          </w:tcPr>
          <w:p w:rsidR="00A65DD7" w:rsidRPr="009A54A4" w:rsidRDefault="005E0605" w:rsidP="005E0605">
            <w:pPr>
              <w:spacing w:after="0"/>
              <w:rPr>
                <w:rFonts w:cs="Times New Roman"/>
                <w:bCs/>
                <w:sz w:val="24"/>
                <w:szCs w:val="24"/>
              </w:rPr>
            </w:pPr>
            <w:r w:rsidRPr="009A54A4">
              <w:rPr>
                <w:rFonts w:cs="Times New Roman"/>
                <w:bCs/>
                <w:sz w:val="24"/>
                <w:szCs w:val="24"/>
              </w:rPr>
              <w:t>Completed / Partly Completed / Not Commenced</w:t>
            </w: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14</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Actual completion date, if fully completed</w:t>
            </w:r>
          </w:p>
        </w:tc>
        <w:tc>
          <w:tcPr>
            <w:tcW w:w="5669" w:type="dxa"/>
          </w:tcPr>
          <w:p w:rsidR="00A65DD7" w:rsidRPr="009A54A4" w:rsidRDefault="00A65DD7" w:rsidP="005E0605">
            <w:pPr>
              <w:spacing w:after="0"/>
              <w:rPr>
                <w:rFonts w:cs="Times New Roman"/>
                <w:bCs/>
                <w:sz w:val="24"/>
                <w:szCs w:val="24"/>
              </w:rPr>
            </w:pPr>
          </w:p>
        </w:tc>
      </w:tr>
      <w:tr w:rsidR="00A65DD7" w:rsidRPr="005E0605" w:rsidTr="009A54A4">
        <w:trPr>
          <w:trHeight w:val="340"/>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15</w:t>
            </w:r>
          </w:p>
        </w:tc>
        <w:tc>
          <w:tcPr>
            <w:tcW w:w="8787" w:type="dxa"/>
          </w:tcPr>
          <w:p w:rsidR="00A65DD7" w:rsidRPr="009A54A4" w:rsidRDefault="005E0605" w:rsidP="005E0605">
            <w:pPr>
              <w:spacing w:after="0"/>
              <w:rPr>
                <w:rFonts w:cs="Times New Roman"/>
                <w:bCs/>
                <w:sz w:val="24"/>
                <w:szCs w:val="24"/>
              </w:rPr>
            </w:pPr>
            <w:r w:rsidRPr="009A54A4">
              <w:rPr>
                <w:rFonts w:cs="Times New Roman"/>
                <w:bCs/>
                <w:sz w:val="24"/>
                <w:szCs w:val="24"/>
              </w:rPr>
              <w:t>Expected completion date, if incomplete</w:t>
            </w:r>
          </w:p>
        </w:tc>
        <w:tc>
          <w:tcPr>
            <w:tcW w:w="5669" w:type="dxa"/>
          </w:tcPr>
          <w:p w:rsidR="00A65DD7" w:rsidRPr="009A54A4" w:rsidRDefault="00A65DD7" w:rsidP="005E0605">
            <w:pPr>
              <w:spacing w:after="0"/>
              <w:rPr>
                <w:rFonts w:cs="Times New Roman"/>
                <w:bCs/>
                <w:sz w:val="24"/>
                <w:szCs w:val="24"/>
              </w:rPr>
            </w:pPr>
          </w:p>
        </w:tc>
      </w:tr>
    </w:tbl>
    <w:p w:rsidR="00A65DD7" w:rsidRPr="005E0605" w:rsidRDefault="005E0605" w:rsidP="005E0605">
      <w:pPr>
        <w:spacing w:after="0"/>
        <w:rPr>
          <w:rFonts w:cs="Times New Roman"/>
          <w:sz w:val="24"/>
          <w:szCs w:val="24"/>
        </w:rPr>
      </w:pPr>
      <w:r w:rsidRPr="005E0605">
        <w:rPr>
          <w:rFonts w:cs="Times New Roman"/>
          <w:sz w:val="24"/>
          <w:szCs w:val="24"/>
        </w:rPr>
        <w:t>Actual teaching hours = total actual teaching minutes ÷ 60. State and consistently apply the basis for syllabus completion, such as prescribed hours or clearly identified syllabus components. Do not calculate completion percentages solely from the number of classes conducted.</w:t>
      </w:r>
    </w:p>
    <w:p w:rsidR="00A65DD7" w:rsidRPr="005E0605" w:rsidRDefault="005E0605" w:rsidP="005E0605">
      <w:pPr>
        <w:spacing w:after="0"/>
        <w:rPr>
          <w:rFonts w:cs="Times New Roman"/>
          <w:sz w:val="24"/>
          <w:szCs w:val="24"/>
        </w:rPr>
      </w:pPr>
      <w:r w:rsidRPr="005E0605">
        <w:rPr>
          <w:rFonts w:cs="Times New Roman"/>
          <w:sz w:val="24"/>
          <w:szCs w:val="24"/>
        </w:rPr>
        <w:br w:type="page"/>
      </w:r>
    </w:p>
    <w:p w:rsidR="00A65DD7" w:rsidRPr="005E0605" w:rsidRDefault="005E0605" w:rsidP="005E0605">
      <w:pPr>
        <w:spacing w:after="0"/>
        <w:rPr>
          <w:rFonts w:cs="Times New Roman"/>
          <w:sz w:val="24"/>
          <w:szCs w:val="24"/>
        </w:rPr>
      </w:pPr>
      <w:r w:rsidRPr="005E0605">
        <w:rPr>
          <w:rFonts w:cs="Times New Roman"/>
          <w:b/>
          <w:sz w:val="24"/>
          <w:szCs w:val="24"/>
        </w:rPr>
        <w:lastRenderedPageBreak/>
        <w:t>AUNIATI UNIVERSITY | COURSE-WISE AND PAPER-WISE SYLLABUS PROGRESS REPORT</w:t>
      </w:r>
    </w:p>
    <w:p w:rsidR="00A65DD7" w:rsidRPr="005E0605" w:rsidRDefault="005E0605" w:rsidP="005E0605">
      <w:pPr>
        <w:spacing w:after="0"/>
        <w:rPr>
          <w:rFonts w:cs="Times New Roman"/>
          <w:sz w:val="24"/>
          <w:szCs w:val="24"/>
        </w:rPr>
      </w:pPr>
      <w:proofErr w:type="gramStart"/>
      <w:r w:rsidRPr="005E0605">
        <w:rPr>
          <w:rFonts w:cs="Times New Roman"/>
          <w:sz w:val="24"/>
          <w:szCs w:val="24"/>
        </w:rPr>
        <w:t>Faculty</w:t>
      </w:r>
      <w:r w:rsidR="009A54A4">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   Department</w:t>
      </w:r>
      <w:r w:rsidR="009A54A4">
        <w:rPr>
          <w:rFonts w:cs="Times New Roman"/>
          <w:sz w:val="24"/>
          <w:szCs w:val="24"/>
        </w:rPr>
        <w:t xml:space="preserve"> </w:t>
      </w:r>
      <w:r w:rsidRPr="005E0605">
        <w:rPr>
          <w:rFonts w:cs="Times New Roman"/>
          <w:sz w:val="24"/>
          <w:szCs w:val="24"/>
        </w:rPr>
        <w:t>: ____________________   Course/Paper Code</w:t>
      </w:r>
      <w:r w:rsidR="009A54A4">
        <w:rPr>
          <w:rFonts w:cs="Times New Roman"/>
          <w:sz w:val="24"/>
          <w:szCs w:val="24"/>
        </w:rPr>
        <w:t xml:space="preserve"> </w:t>
      </w:r>
      <w:r w:rsidRPr="005E0605">
        <w:rPr>
          <w:rFonts w:cs="Times New Roman"/>
          <w:sz w:val="24"/>
          <w:szCs w:val="24"/>
        </w:rPr>
        <w:t>:</w:t>
      </w:r>
      <w:r w:rsidR="009A54A4">
        <w:rPr>
          <w:rFonts w:cs="Times New Roman"/>
          <w:sz w:val="24"/>
          <w:szCs w:val="24"/>
        </w:rPr>
        <w:t xml:space="preserve"> </w:t>
      </w:r>
      <w:r w:rsidRPr="005E0605">
        <w:rPr>
          <w:rFonts w:cs="Times New Roman"/>
          <w:sz w:val="24"/>
          <w:szCs w:val="24"/>
        </w:rPr>
        <w:t xml:space="preserve"> ______________</w:t>
      </w:r>
    </w:p>
    <w:p w:rsidR="00A65DD7" w:rsidRPr="005E0605" w:rsidRDefault="005E0605" w:rsidP="005E0605">
      <w:pPr>
        <w:spacing w:after="0"/>
        <w:rPr>
          <w:rFonts w:cs="Times New Roman"/>
          <w:sz w:val="24"/>
          <w:szCs w:val="24"/>
        </w:rPr>
      </w:pPr>
      <w:proofErr w:type="gramStart"/>
      <w:r w:rsidRPr="005E0605">
        <w:rPr>
          <w:rFonts w:cs="Times New Roman"/>
          <w:sz w:val="24"/>
          <w:szCs w:val="24"/>
        </w:rPr>
        <w:t>Session</w:t>
      </w:r>
      <w:r w:rsidR="009A54A4">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2026–2027 | Semester</w:t>
      </w:r>
      <w:r w:rsidR="009A54A4">
        <w:rPr>
          <w:rFonts w:cs="Times New Roman"/>
          <w:sz w:val="24"/>
          <w:szCs w:val="24"/>
        </w:rPr>
        <w:t xml:space="preserve"> </w:t>
      </w:r>
      <w:r w:rsidRPr="005E0605">
        <w:rPr>
          <w:rFonts w:cs="Times New Roman"/>
          <w:sz w:val="24"/>
          <w:szCs w:val="24"/>
        </w:rPr>
        <w:t>: July–December 2026 | Progress up to</w:t>
      </w:r>
      <w:r w:rsidR="009A54A4">
        <w:rPr>
          <w:rFonts w:cs="Times New Roman"/>
          <w:sz w:val="24"/>
          <w:szCs w:val="24"/>
        </w:rPr>
        <w:t xml:space="preserve"> </w:t>
      </w:r>
      <w:r w:rsidRPr="005E0605">
        <w:rPr>
          <w:rFonts w:cs="Times New Roman"/>
          <w:sz w:val="24"/>
          <w:szCs w:val="24"/>
        </w:rPr>
        <w:t>: 30</w:t>
      </w:r>
      <w:r w:rsidR="009A54A4" w:rsidRPr="009A54A4">
        <w:rPr>
          <w:rFonts w:cs="Times New Roman"/>
          <w:sz w:val="24"/>
          <w:szCs w:val="24"/>
          <w:vertAlign w:val="superscript"/>
        </w:rPr>
        <w:t>th</w:t>
      </w:r>
      <w:r w:rsidR="009A54A4">
        <w:rPr>
          <w:rFonts w:cs="Times New Roman"/>
          <w:sz w:val="24"/>
          <w:szCs w:val="24"/>
        </w:rPr>
        <w:t xml:space="preserve"> </w:t>
      </w:r>
      <w:r w:rsidRPr="005E0605">
        <w:rPr>
          <w:rFonts w:cs="Times New Roman"/>
          <w:sz w:val="24"/>
          <w:szCs w:val="24"/>
        </w:rPr>
        <w:t>September 2026</w:t>
      </w:r>
    </w:p>
    <w:p w:rsidR="00A65DD7" w:rsidRPr="005E0605" w:rsidRDefault="005E0605" w:rsidP="005E0605">
      <w:pPr>
        <w:pStyle w:val="Heading1"/>
        <w:spacing w:before="0"/>
        <w:rPr>
          <w:rFonts w:ascii="Times New Roman" w:hAnsi="Times New Roman" w:cs="Times New Roman"/>
          <w:szCs w:val="24"/>
        </w:rPr>
      </w:pPr>
      <w:r w:rsidRPr="005E0605">
        <w:rPr>
          <w:rFonts w:ascii="Times New Roman" w:hAnsi="Times New Roman" w:cs="Times New Roman"/>
          <w:szCs w:val="24"/>
        </w:rPr>
        <w:t>9. PROPOSED PLAN FOR COMPLETION OF PENDING PORTIONS</w:t>
      </w:r>
    </w:p>
    <w:p w:rsidR="00A65DD7" w:rsidRPr="009A54A4" w:rsidRDefault="005E0605" w:rsidP="005E0605">
      <w:pPr>
        <w:spacing w:after="0"/>
        <w:rPr>
          <w:rFonts w:cs="Times New Roman"/>
          <w:b/>
          <w:bCs/>
          <w:i/>
          <w:iCs/>
          <w:sz w:val="24"/>
          <w:szCs w:val="24"/>
        </w:rPr>
      </w:pPr>
      <w:r w:rsidRPr="009A54A4">
        <w:rPr>
          <w:rFonts w:cs="Times New Roman"/>
          <w:b/>
          <w:bCs/>
          <w:i/>
          <w:iCs/>
          <w:sz w:val="24"/>
          <w:szCs w:val="24"/>
        </w:rPr>
        <w:t>Record proposed classes after 30</w:t>
      </w:r>
      <w:r w:rsidR="009A54A4" w:rsidRPr="009A54A4">
        <w:rPr>
          <w:rFonts w:cs="Times New Roman"/>
          <w:b/>
          <w:bCs/>
          <w:i/>
          <w:iCs/>
          <w:sz w:val="24"/>
          <w:szCs w:val="24"/>
          <w:vertAlign w:val="superscript"/>
        </w:rPr>
        <w:t>th</w:t>
      </w:r>
      <w:r w:rsidR="009A54A4" w:rsidRPr="009A54A4">
        <w:rPr>
          <w:rFonts w:cs="Times New Roman"/>
          <w:b/>
          <w:bCs/>
          <w:i/>
          <w:iCs/>
          <w:sz w:val="24"/>
          <w:szCs w:val="24"/>
        </w:rPr>
        <w:t xml:space="preserve"> </w:t>
      </w:r>
      <w:r w:rsidRPr="009A54A4">
        <w:rPr>
          <w:rFonts w:cs="Times New Roman"/>
          <w:b/>
          <w:bCs/>
          <w:i/>
          <w:iCs/>
          <w:sz w:val="24"/>
          <w:szCs w:val="24"/>
        </w:rPr>
        <w:t>September 2026. Do not count these classes as completed teaching in this report.</w:t>
      </w:r>
    </w:p>
    <w:tbl>
      <w:tblPr>
        <w:tblStyle w:val="TableGrid"/>
        <w:tblW w:w="0" w:type="auto"/>
        <w:tblLayout w:type="fixed"/>
        <w:tblLook w:val="04A0" w:firstRow="1" w:lastRow="0" w:firstColumn="1" w:lastColumn="0" w:noHBand="0" w:noVBand="1"/>
      </w:tblPr>
      <w:tblGrid>
        <w:gridCol w:w="680"/>
        <w:gridCol w:w="4535"/>
        <w:gridCol w:w="1984"/>
        <w:gridCol w:w="1474"/>
        <w:gridCol w:w="1474"/>
        <w:gridCol w:w="1814"/>
        <w:gridCol w:w="1361"/>
        <w:gridCol w:w="1928"/>
      </w:tblGrid>
      <w:tr w:rsidR="00A65DD7" w:rsidRPr="005E0605" w:rsidTr="009A54A4">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Sl. No.</w:t>
            </w:r>
          </w:p>
        </w:tc>
        <w:tc>
          <w:tcPr>
            <w:tcW w:w="4535" w:type="dxa"/>
          </w:tcPr>
          <w:p w:rsidR="00A65DD7" w:rsidRPr="009A54A4" w:rsidRDefault="005E0605" w:rsidP="005E0605">
            <w:pPr>
              <w:spacing w:after="0"/>
              <w:rPr>
                <w:rFonts w:cs="Times New Roman"/>
                <w:bCs/>
                <w:sz w:val="24"/>
                <w:szCs w:val="24"/>
              </w:rPr>
            </w:pPr>
            <w:r w:rsidRPr="009A54A4">
              <w:rPr>
                <w:rFonts w:cs="Times New Roman"/>
                <w:bCs/>
                <w:sz w:val="24"/>
                <w:szCs w:val="24"/>
              </w:rPr>
              <w:t>Pending Unit/Topic/Component</w:t>
            </w:r>
          </w:p>
        </w:tc>
        <w:tc>
          <w:tcPr>
            <w:tcW w:w="1984" w:type="dxa"/>
          </w:tcPr>
          <w:p w:rsidR="00A65DD7" w:rsidRPr="009A54A4" w:rsidRDefault="005E0605" w:rsidP="005E0605">
            <w:pPr>
              <w:spacing w:after="0"/>
              <w:rPr>
                <w:rFonts w:cs="Times New Roman"/>
                <w:bCs/>
                <w:sz w:val="24"/>
                <w:szCs w:val="24"/>
              </w:rPr>
            </w:pPr>
            <w:r w:rsidRPr="009A54A4">
              <w:rPr>
                <w:rFonts w:cs="Times New Roman"/>
                <w:bCs/>
                <w:sz w:val="24"/>
                <w:szCs w:val="24"/>
              </w:rPr>
              <w:t>Proposed Class Date</w:t>
            </w:r>
          </w:p>
        </w:tc>
        <w:tc>
          <w:tcPr>
            <w:tcW w:w="1474" w:type="dxa"/>
          </w:tcPr>
          <w:p w:rsidR="00A65DD7" w:rsidRPr="009A54A4" w:rsidRDefault="005E0605" w:rsidP="005E0605">
            <w:pPr>
              <w:spacing w:after="0"/>
              <w:rPr>
                <w:rFonts w:cs="Times New Roman"/>
                <w:bCs/>
                <w:sz w:val="24"/>
                <w:szCs w:val="24"/>
              </w:rPr>
            </w:pPr>
            <w:r w:rsidRPr="009A54A4">
              <w:rPr>
                <w:rFonts w:cs="Times New Roman"/>
                <w:bCs/>
                <w:sz w:val="24"/>
                <w:szCs w:val="24"/>
              </w:rPr>
              <w:t>Starting Time</w:t>
            </w:r>
          </w:p>
        </w:tc>
        <w:tc>
          <w:tcPr>
            <w:tcW w:w="1474" w:type="dxa"/>
          </w:tcPr>
          <w:p w:rsidR="00A65DD7" w:rsidRPr="009A54A4" w:rsidRDefault="005E0605" w:rsidP="005E0605">
            <w:pPr>
              <w:spacing w:after="0"/>
              <w:rPr>
                <w:rFonts w:cs="Times New Roman"/>
                <w:bCs/>
                <w:sz w:val="24"/>
                <w:szCs w:val="24"/>
              </w:rPr>
            </w:pPr>
            <w:r w:rsidRPr="009A54A4">
              <w:rPr>
                <w:rFonts w:cs="Times New Roman"/>
                <w:bCs/>
                <w:sz w:val="24"/>
                <w:szCs w:val="24"/>
              </w:rPr>
              <w:t>Ending Time</w:t>
            </w:r>
          </w:p>
        </w:tc>
        <w:tc>
          <w:tcPr>
            <w:tcW w:w="1814" w:type="dxa"/>
          </w:tcPr>
          <w:p w:rsidR="00A65DD7" w:rsidRPr="009A54A4" w:rsidRDefault="005E0605" w:rsidP="005E0605">
            <w:pPr>
              <w:spacing w:after="0"/>
              <w:rPr>
                <w:rFonts w:cs="Times New Roman"/>
                <w:bCs/>
                <w:sz w:val="24"/>
                <w:szCs w:val="24"/>
              </w:rPr>
            </w:pPr>
            <w:r w:rsidRPr="009A54A4">
              <w:rPr>
                <w:rFonts w:cs="Times New Roman"/>
                <w:bCs/>
                <w:sz w:val="24"/>
                <w:szCs w:val="24"/>
              </w:rPr>
              <w:t>Class Type</w:t>
            </w:r>
          </w:p>
        </w:tc>
        <w:tc>
          <w:tcPr>
            <w:tcW w:w="1361" w:type="dxa"/>
          </w:tcPr>
          <w:p w:rsidR="00A65DD7" w:rsidRPr="009A54A4" w:rsidRDefault="005E0605" w:rsidP="005E0605">
            <w:pPr>
              <w:spacing w:after="0"/>
              <w:rPr>
                <w:rFonts w:cs="Times New Roman"/>
                <w:bCs/>
                <w:sz w:val="24"/>
                <w:szCs w:val="24"/>
              </w:rPr>
            </w:pPr>
            <w:r w:rsidRPr="009A54A4">
              <w:rPr>
                <w:rFonts w:cs="Times New Roman"/>
                <w:bCs/>
                <w:sz w:val="24"/>
                <w:szCs w:val="24"/>
              </w:rPr>
              <w:t>Planned Hours</w:t>
            </w:r>
          </w:p>
        </w:tc>
        <w:tc>
          <w:tcPr>
            <w:tcW w:w="1928" w:type="dxa"/>
          </w:tcPr>
          <w:p w:rsidR="00A65DD7" w:rsidRPr="009A54A4" w:rsidRDefault="005E0605" w:rsidP="005E0605">
            <w:pPr>
              <w:spacing w:after="0"/>
              <w:rPr>
                <w:rFonts w:cs="Times New Roman"/>
                <w:bCs/>
                <w:sz w:val="24"/>
                <w:szCs w:val="24"/>
              </w:rPr>
            </w:pPr>
            <w:r w:rsidRPr="009A54A4">
              <w:rPr>
                <w:rFonts w:cs="Times New Roman"/>
                <w:bCs/>
                <w:sz w:val="24"/>
                <w:szCs w:val="24"/>
              </w:rPr>
              <w:t>Target Completion Date</w:t>
            </w: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1</w:t>
            </w:r>
          </w:p>
        </w:tc>
        <w:tc>
          <w:tcPr>
            <w:tcW w:w="4535" w:type="dxa"/>
          </w:tcPr>
          <w:p w:rsidR="00A65DD7" w:rsidRPr="009A54A4" w:rsidRDefault="00A65DD7" w:rsidP="005E0605">
            <w:pPr>
              <w:spacing w:after="0"/>
              <w:rPr>
                <w:rFonts w:cs="Times New Roman"/>
                <w:bCs/>
                <w:sz w:val="24"/>
                <w:szCs w:val="24"/>
              </w:rPr>
            </w:pPr>
          </w:p>
        </w:tc>
        <w:tc>
          <w:tcPr>
            <w:tcW w:w="198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814"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92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2</w:t>
            </w:r>
          </w:p>
        </w:tc>
        <w:tc>
          <w:tcPr>
            <w:tcW w:w="4535" w:type="dxa"/>
          </w:tcPr>
          <w:p w:rsidR="00A65DD7" w:rsidRPr="009A54A4" w:rsidRDefault="00A65DD7" w:rsidP="005E0605">
            <w:pPr>
              <w:spacing w:after="0"/>
              <w:rPr>
                <w:rFonts w:cs="Times New Roman"/>
                <w:bCs/>
                <w:sz w:val="24"/>
                <w:szCs w:val="24"/>
              </w:rPr>
            </w:pPr>
          </w:p>
        </w:tc>
        <w:tc>
          <w:tcPr>
            <w:tcW w:w="198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814"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92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3</w:t>
            </w:r>
          </w:p>
        </w:tc>
        <w:tc>
          <w:tcPr>
            <w:tcW w:w="4535" w:type="dxa"/>
          </w:tcPr>
          <w:p w:rsidR="00A65DD7" w:rsidRPr="009A54A4" w:rsidRDefault="00A65DD7" w:rsidP="005E0605">
            <w:pPr>
              <w:spacing w:after="0"/>
              <w:rPr>
                <w:rFonts w:cs="Times New Roman"/>
                <w:bCs/>
                <w:sz w:val="24"/>
                <w:szCs w:val="24"/>
              </w:rPr>
            </w:pPr>
          </w:p>
        </w:tc>
        <w:tc>
          <w:tcPr>
            <w:tcW w:w="198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814"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92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4</w:t>
            </w:r>
          </w:p>
        </w:tc>
        <w:tc>
          <w:tcPr>
            <w:tcW w:w="4535" w:type="dxa"/>
          </w:tcPr>
          <w:p w:rsidR="00A65DD7" w:rsidRPr="009A54A4" w:rsidRDefault="00A65DD7" w:rsidP="005E0605">
            <w:pPr>
              <w:spacing w:after="0"/>
              <w:rPr>
                <w:rFonts w:cs="Times New Roman"/>
                <w:bCs/>
                <w:sz w:val="24"/>
                <w:szCs w:val="24"/>
              </w:rPr>
            </w:pPr>
          </w:p>
        </w:tc>
        <w:tc>
          <w:tcPr>
            <w:tcW w:w="198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814"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92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5</w:t>
            </w:r>
          </w:p>
        </w:tc>
        <w:tc>
          <w:tcPr>
            <w:tcW w:w="4535" w:type="dxa"/>
          </w:tcPr>
          <w:p w:rsidR="00A65DD7" w:rsidRPr="009A54A4" w:rsidRDefault="00A65DD7" w:rsidP="005E0605">
            <w:pPr>
              <w:spacing w:after="0"/>
              <w:rPr>
                <w:rFonts w:cs="Times New Roman"/>
                <w:bCs/>
                <w:sz w:val="24"/>
                <w:szCs w:val="24"/>
              </w:rPr>
            </w:pPr>
          </w:p>
        </w:tc>
        <w:tc>
          <w:tcPr>
            <w:tcW w:w="198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814"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92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6</w:t>
            </w:r>
          </w:p>
        </w:tc>
        <w:tc>
          <w:tcPr>
            <w:tcW w:w="4535" w:type="dxa"/>
          </w:tcPr>
          <w:p w:rsidR="00A65DD7" w:rsidRPr="009A54A4" w:rsidRDefault="00A65DD7" w:rsidP="005E0605">
            <w:pPr>
              <w:spacing w:after="0"/>
              <w:rPr>
                <w:rFonts w:cs="Times New Roman"/>
                <w:bCs/>
                <w:sz w:val="24"/>
                <w:szCs w:val="24"/>
              </w:rPr>
            </w:pPr>
          </w:p>
        </w:tc>
        <w:tc>
          <w:tcPr>
            <w:tcW w:w="198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814"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92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7</w:t>
            </w:r>
          </w:p>
        </w:tc>
        <w:tc>
          <w:tcPr>
            <w:tcW w:w="4535" w:type="dxa"/>
          </w:tcPr>
          <w:p w:rsidR="00A65DD7" w:rsidRPr="009A54A4" w:rsidRDefault="00A65DD7" w:rsidP="005E0605">
            <w:pPr>
              <w:spacing w:after="0"/>
              <w:rPr>
                <w:rFonts w:cs="Times New Roman"/>
                <w:bCs/>
                <w:sz w:val="24"/>
                <w:szCs w:val="24"/>
              </w:rPr>
            </w:pPr>
          </w:p>
        </w:tc>
        <w:tc>
          <w:tcPr>
            <w:tcW w:w="198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814"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92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8</w:t>
            </w:r>
          </w:p>
        </w:tc>
        <w:tc>
          <w:tcPr>
            <w:tcW w:w="4535" w:type="dxa"/>
          </w:tcPr>
          <w:p w:rsidR="00A65DD7" w:rsidRPr="009A54A4" w:rsidRDefault="00A65DD7" w:rsidP="005E0605">
            <w:pPr>
              <w:spacing w:after="0"/>
              <w:rPr>
                <w:rFonts w:cs="Times New Roman"/>
                <w:bCs/>
                <w:sz w:val="24"/>
                <w:szCs w:val="24"/>
              </w:rPr>
            </w:pPr>
          </w:p>
        </w:tc>
        <w:tc>
          <w:tcPr>
            <w:tcW w:w="198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814"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92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9</w:t>
            </w:r>
          </w:p>
        </w:tc>
        <w:tc>
          <w:tcPr>
            <w:tcW w:w="4535" w:type="dxa"/>
          </w:tcPr>
          <w:p w:rsidR="00A65DD7" w:rsidRPr="009A54A4" w:rsidRDefault="00A65DD7" w:rsidP="005E0605">
            <w:pPr>
              <w:spacing w:after="0"/>
              <w:rPr>
                <w:rFonts w:cs="Times New Roman"/>
                <w:bCs/>
                <w:sz w:val="24"/>
                <w:szCs w:val="24"/>
              </w:rPr>
            </w:pPr>
          </w:p>
        </w:tc>
        <w:tc>
          <w:tcPr>
            <w:tcW w:w="198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814"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928" w:type="dxa"/>
          </w:tcPr>
          <w:p w:rsidR="00A65DD7" w:rsidRPr="009A54A4" w:rsidRDefault="00A65DD7" w:rsidP="005E0605">
            <w:pPr>
              <w:spacing w:after="0"/>
              <w:rPr>
                <w:rFonts w:cs="Times New Roman"/>
                <w:bCs/>
                <w:sz w:val="24"/>
                <w:szCs w:val="24"/>
              </w:rPr>
            </w:pPr>
          </w:p>
        </w:tc>
      </w:tr>
      <w:tr w:rsidR="00A65DD7" w:rsidRPr="005E0605" w:rsidTr="009A54A4">
        <w:trPr>
          <w:trHeight w:val="567"/>
        </w:trPr>
        <w:tc>
          <w:tcPr>
            <w:tcW w:w="680" w:type="dxa"/>
          </w:tcPr>
          <w:p w:rsidR="00A65DD7" w:rsidRPr="009A54A4" w:rsidRDefault="005E0605" w:rsidP="005E0605">
            <w:pPr>
              <w:spacing w:after="0"/>
              <w:rPr>
                <w:rFonts w:cs="Times New Roman"/>
                <w:bCs/>
                <w:sz w:val="24"/>
                <w:szCs w:val="24"/>
              </w:rPr>
            </w:pPr>
            <w:r w:rsidRPr="009A54A4">
              <w:rPr>
                <w:rFonts w:cs="Times New Roman"/>
                <w:bCs/>
                <w:sz w:val="24"/>
                <w:szCs w:val="24"/>
              </w:rPr>
              <w:t>10</w:t>
            </w:r>
          </w:p>
        </w:tc>
        <w:tc>
          <w:tcPr>
            <w:tcW w:w="4535" w:type="dxa"/>
          </w:tcPr>
          <w:p w:rsidR="00A65DD7" w:rsidRPr="009A54A4" w:rsidRDefault="00A65DD7" w:rsidP="005E0605">
            <w:pPr>
              <w:spacing w:after="0"/>
              <w:rPr>
                <w:rFonts w:cs="Times New Roman"/>
                <w:bCs/>
                <w:sz w:val="24"/>
                <w:szCs w:val="24"/>
              </w:rPr>
            </w:pPr>
          </w:p>
        </w:tc>
        <w:tc>
          <w:tcPr>
            <w:tcW w:w="198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474" w:type="dxa"/>
          </w:tcPr>
          <w:p w:rsidR="00A65DD7" w:rsidRPr="009A54A4" w:rsidRDefault="00A65DD7" w:rsidP="005E0605">
            <w:pPr>
              <w:spacing w:after="0"/>
              <w:rPr>
                <w:rFonts w:cs="Times New Roman"/>
                <w:bCs/>
                <w:sz w:val="24"/>
                <w:szCs w:val="24"/>
              </w:rPr>
            </w:pPr>
          </w:p>
        </w:tc>
        <w:tc>
          <w:tcPr>
            <w:tcW w:w="1814" w:type="dxa"/>
          </w:tcPr>
          <w:p w:rsidR="00A65DD7" w:rsidRPr="009A54A4" w:rsidRDefault="00A65DD7" w:rsidP="005E0605">
            <w:pPr>
              <w:spacing w:after="0"/>
              <w:rPr>
                <w:rFonts w:cs="Times New Roman"/>
                <w:bCs/>
                <w:sz w:val="24"/>
                <w:szCs w:val="24"/>
              </w:rPr>
            </w:pPr>
          </w:p>
        </w:tc>
        <w:tc>
          <w:tcPr>
            <w:tcW w:w="1361" w:type="dxa"/>
          </w:tcPr>
          <w:p w:rsidR="00A65DD7" w:rsidRPr="009A54A4" w:rsidRDefault="00A65DD7" w:rsidP="005E0605">
            <w:pPr>
              <w:spacing w:after="0"/>
              <w:rPr>
                <w:rFonts w:cs="Times New Roman"/>
                <w:bCs/>
                <w:sz w:val="24"/>
                <w:szCs w:val="24"/>
              </w:rPr>
            </w:pPr>
          </w:p>
        </w:tc>
        <w:tc>
          <w:tcPr>
            <w:tcW w:w="1928" w:type="dxa"/>
          </w:tcPr>
          <w:p w:rsidR="00A65DD7" w:rsidRPr="009A54A4" w:rsidRDefault="00A65DD7" w:rsidP="005E0605">
            <w:pPr>
              <w:spacing w:after="0"/>
              <w:rPr>
                <w:rFonts w:cs="Times New Roman"/>
                <w:bCs/>
                <w:sz w:val="24"/>
                <w:szCs w:val="24"/>
              </w:rPr>
            </w:pPr>
          </w:p>
        </w:tc>
      </w:tr>
    </w:tbl>
    <w:p w:rsidR="00A65DD7" w:rsidRPr="005E0605" w:rsidRDefault="005E0605" w:rsidP="005E0605">
      <w:pPr>
        <w:spacing w:after="0"/>
        <w:rPr>
          <w:rFonts w:cs="Times New Roman"/>
          <w:sz w:val="24"/>
          <w:szCs w:val="24"/>
        </w:rPr>
      </w:pPr>
      <w:r w:rsidRPr="005E0605">
        <w:rPr>
          <w:rFonts w:cs="Times New Roman"/>
          <w:sz w:val="24"/>
          <w:szCs w:val="24"/>
        </w:rPr>
        <w:br w:type="page"/>
      </w:r>
    </w:p>
    <w:p w:rsidR="00A65DD7" w:rsidRPr="005E0605" w:rsidRDefault="005E0605" w:rsidP="005E0605">
      <w:pPr>
        <w:spacing w:after="0"/>
        <w:rPr>
          <w:rFonts w:cs="Times New Roman"/>
          <w:sz w:val="24"/>
          <w:szCs w:val="24"/>
        </w:rPr>
      </w:pPr>
      <w:r w:rsidRPr="005E0605">
        <w:rPr>
          <w:rFonts w:cs="Times New Roman"/>
          <w:b/>
          <w:sz w:val="24"/>
          <w:szCs w:val="24"/>
        </w:rPr>
        <w:lastRenderedPageBreak/>
        <w:t>AUNIATI UNIVERSITY | COURSE-WISE AND PAPER-WISE SYLLABUS PROGRESS REPORT</w:t>
      </w:r>
    </w:p>
    <w:p w:rsidR="00A65DD7" w:rsidRPr="005E0605" w:rsidRDefault="005E0605" w:rsidP="005E0605">
      <w:pPr>
        <w:spacing w:after="0"/>
        <w:rPr>
          <w:rFonts w:cs="Times New Roman"/>
          <w:sz w:val="24"/>
          <w:szCs w:val="24"/>
        </w:rPr>
      </w:pPr>
      <w:proofErr w:type="gramStart"/>
      <w:r w:rsidRPr="005E0605">
        <w:rPr>
          <w:rFonts w:cs="Times New Roman"/>
          <w:sz w:val="24"/>
          <w:szCs w:val="24"/>
        </w:rPr>
        <w:t>Faculty</w:t>
      </w:r>
      <w:r w:rsidR="009A54A4">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   Department</w:t>
      </w:r>
      <w:r w:rsidR="009A54A4">
        <w:rPr>
          <w:rFonts w:cs="Times New Roman"/>
          <w:sz w:val="24"/>
          <w:szCs w:val="24"/>
        </w:rPr>
        <w:t xml:space="preserve"> </w:t>
      </w:r>
      <w:r w:rsidRPr="005E0605">
        <w:rPr>
          <w:rFonts w:cs="Times New Roman"/>
          <w:sz w:val="24"/>
          <w:szCs w:val="24"/>
        </w:rPr>
        <w:t>: ____________________   Course/Paper Code</w:t>
      </w:r>
      <w:r w:rsidR="009A54A4">
        <w:rPr>
          <w:rFonts w:cs="Times New Roman"/>
          <w:sz w:val="24"/>
          <w:szCs w:val="24"/>
        </w:rPr>
        <w:t xml:space="preserve"> </w:t>
      </w:r>
      <w:r w:rsidRPr="005E0605">
        <w:rPr>
          <w:rFonts w:cs="Times New Roman"/>
          <w:sz w:val="24"/>
          <w:szCs w:val="24"/>
        </w:rPr>
        <w:t>: ______________</w:t>
      </w:r>
    </w:p>
    <w:p w:rsidR="00A65DD7" w:rsidRPr="005E0605" w:rsidRDefault="005E0605" w:rsidP="005E0605">
      <w:pPr>
        <w:spacing w:after="0"/>
        <w:rPr>
          <w:rFonts w:cs="Times New Roman"/>
          <w:sz w:val="24"/>
          <w:szCs w:val="24"/>
        </w:rPr>
      </w:pPr>
      <w:proofErr w:type="gramStart"/>
      <w:r w:rsidRPr="005E0605">
        <w:rPr>
          <w:rFonts w:cs="Times New Roman"/>
          <w:sz w:val="24"/>
          <w:szCs w:val="24"/>
        </w:rPr>
        <w:t>Session</w:t>
      </w:r>
      <w:r w:rsidR="009A54A4">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2026–2027 | Semester</w:t>
      </w:r>
      <w:r w:rsidR="009A54A4">
        <w:rPr>
          <w:rFonts w:cs="Times New Roman"/>
          <w:sz w:val="24"/>
          <w:szCs w:val="24"/>
        </w:rPr>
        <w:t xml:space="preserve"> </w:t>
      </w:r>
      <w:r w:rsidRPr="005E0605">
        <w:rPr>
          <w:rFonts w:cs="Times New Roman"/>
          <w:sz w:val="24"/>
          <w:szCs w:val="24"/>
        </w:rPr>
        <w:t>: July–December 2026 | Progress up to</w:t>
      </w:r>
      <w:r w:rsidR="009A54A4">
        <w:rPr>
          <w:rFonts w:cs="Times New Roman"/>
          <w:sz w:val="24"/>
          <w:szCs w:val="24"/>
        </w:rPr>
        <w:t xml:space="preserve"> </w:t>
      </w:r>
      <w:r w:rsidRPr="005E0605">
        <w:rPr>
          <w:rFonts w:cs="Times New Roman"/>
          <w:sz w:val="24"/>
          <w:szCs w:val="24"/>
        </w:rPr>
        <w:t>: 30</w:t>
      </w:r>
      <w:r w:rsidR="009A54A4" w:rsidRPr="009A54A4">
        <w:rPr>
          <w:rFonts w:cs="Times New Roman"/>
          <w:sz w:val="24"/>
          <w:szCs w:val="24"/>
          <w:vertAlign w:val="superscript"/>
        </w:rPr>
        <w:t>th</w:t>
      </w:r>
      <w:r w:rsidR="009A54A4">
        <w:rPr>
          <w:rFonts w:cs="Times New Roman"/>
          <w:sz w:val="24"/>
          <w:szCs w:val="24"/>
        </w:rPr>
        <w:t xml:space="preserve"> </w:t>
      </w:r>
      <w:r w:rsidRPr="005E0605">
        <w:rPr>
          <w:rFonts w:cs="Times New Roman"/>
          <w:sz w:val="24"/>
          <w:szCs w:val="24"/>
        </w:rPr>
        <w:t>September 2026</w:t>
      </w:r>
    </w:p>
    <w:p w:rsidR="00A65DD7" w:rsidRPr="005E0605" w:rsidRDefault="005E0605" w:rsidP="005E0605">
      <w:pPr>
        <w:pStyle w:val="Heading1"/>
        <w:spacing w:before="0"/>
        <w:rPr>
          <w:rFonts w:ascii="Times New Roman" w:hAnsi="Times New Roman" w:cs="Times New Roman"/>
          <w:szCs w:val="24"/>
        </w:rPr>
      </w:pPr>
      <w:r w:rsidRPr="005E0605">
        <w:rPr>
          <w:rFonts w:ascii="Times New Roman" w:hAnsi="Times New Roman" w:cs="Times New Roman"/>
          <w:szCs w:val="24"/>
        </w:rPr>
        <w:t>10. DIFFICULTIES AND ASSISTANCE REQUIRED</w:t>
      </w:r>
    </w:p>
    <w:tbl>
      <w:tblPr>
        <w:tblStyle w:val="TableGrid"/>
        <w:tblW w:w="0" w:type="auto"/>
        <w:tblLayout w:type="fixed"/>
        <w:tblLook w:val="04A0" w:firstRow="1" w:lastRow="0" w:firstColumn="1" w:lastColumn="0" w:noHBand="0" w:noVBand="1"/>
      </w:tblPr>
      <w:tblGrid>
        <w:gridCol w:w="794"/>
        <w:gridCol w:w="4819"/>
        <w:gridCol w:w="4819"/>
        <w:gridCol w:w="4819"/>
      </w:tblGrid>
      <w:tr w:rsidR="00A65DD7" w:rsidRPr="005E0605" w:rsidTr="009A54A4">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Sl. No.</w:t>
            </w:r>
          </w:p>
        </w:tc>
        <w:tc>
          <w:tcPr>
            <w:tcW w:w="4819" w:type="dxa"/>
          </w:tcPr>
          <w:p w:rsidR="00A65DD7" w:rsidRPr="009A54A4" w:rsidRDefault="005E0605" w:rsidP="005E0605">
            <w:pPr>
              <w:spacing w:after="0"/>
              <w:rPr>
                <w:rFonts w:cs="Times New Roman"/>
                <w:bCs/>
                <w:sz w:val="24"/>
                <w:szCs w:val="24"/>
              </w:rPr>
            </w:pPr>
            <w:r w:rsidRPr="009A54A4">
              <w:rPr>
                <w:rFonts w:cs="Times New Roman"/>
                <w:bCs/>
                <w:sz w:val="24"/>
                <w:szCs w:val="24"/>
              </w:rPr>
              <w:t>Difficulties Affecting Syllabus Completion</w:t>
            </w:r>
          </w:p>
        </w:tc>
        <w:tc>
          <w:tcPr>
            <w:tcW w:w="4819" w:type="dxa"/>
          </w:tcPr>
          <w:p w:rsidR="00A65DD7" w:rsidRPr="009A54A4" w:rsidRDefault="005E0605" w:rsidP="005E0605">
            <w:pPr>
              <w:spacing w:after="0"/>
              <w:rPr>
                <w:rFonts w:cs="Times New Roman"/>
                <w:bCs/>
                <w:sz w:val="24"/>
                <w:szCs w:val="24"/>
              </w:rPr>
            </w:pPr>
            <w:r w:rsidRPr="009A54A4">
              <w:rPr>
                <w:rFonts w:cs="Times New Roman"/>
                <w:bCs/>
                <w:sz w:val="24"/>
                <w:szCs w:val="24"/>
              </w:rPr>
              <w:t>Assistance Required from the Department/University</w:t>
            </w:r>
          </w:p>
        </w:tc>
        <w:tc>
          <w:tcPr>
            <w:tcW w:w="4819" w:type="dxa"/>
          </w:tcPr>
          <w:p w:rsidR="00A65DD7" w:rsidRPr="009A54A4" w:rsidRDefault="005E0605" w:rsidP="005E0605">
            <w:pPr>
              <w:spacing w:after="0"/>
              <w:rPr>
                <w:rFonts w:cs="Times New Roman"/>
                <w:bCs/>
                <w:sz w:val="24"/>
                <w:szCs w:val="24"/>
              </w:rPr>
            </w:pPr>
            <w:r w:rsidRPr="009A54A4">
              <w:rPr>
                <w:rFonts w:cs="Times New Roman"/>
                <w:bCs/>
                <w:sz w:val="24"/>
                <w:szCs w:val="24"/>
              </w:rPr>
              <w:t>Other Relevant Observations</w:t>
            </w:r>
          </w:p>
        </w:tc>
      </w:tr>
      <w:tr w:rsidR="00A65DD7" w:rsidRPr="005E0605" w:rsidTr="009A54A4">
        <w:trPr>
          <w:trHeight w:val="624"/>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1</w:t>
            </w: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r>
      <w:tr w:rsidR="00A65DD7" w:rsidRPr="005E0605" w:rsidTr="009A54A4">
        <w:trPr>
          <w:trHeight w:val="624"/>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2</w:t>
            </w: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r>
      <w:tr w:rsidR="00A65DD7" w:rsidRPr="005E0605" w:rsidTr="009A54A4">
        <w:trPr>
          <w:trHeight w:val="624"/>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3</w:t>
            </w: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r>
      <w:tr w:rsidR="00A65DD7" w:rsidRPr="005E0605" w:rsidTr="009A54A4">
        <w:trPr>
          <w:trHeight w:val="624"/>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4</w:t>
            </w: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r>
      <w:tr w:rsidR="00A65DD7" w:rsidRPr="005E0605" w:rsidTr="009A54A4">
        <w:trPr>
          <w:trHeight w:val="624"/>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5</w:t>
            </w: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r>
      <w:tr w:rsidR="00A65DD7" w:rsidRPr="005E0605" w:rsidTr="009A54A4">
        <w:trPr>
          <w:trHeight w:val="624"/>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6</w:t>
            </w: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r>
      <w:tr w:rsidR="00A65DD7" w:rsidRPr="005E0605" w:rsidTr="009A54A4">
        <w:trPr>
          <w:trHeight w:val="624"/>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7</w:t>
            </w: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r>
      <w:tr w:rsidR="00A65DD7" w:rsidRPr="005E0605" w:rsidTr="009A54A4">
        <w:trPr>
          <w:trHeight w:val="624"/>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8</w:t>
            </w: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r>
      <w:tr w:rsidR="00A65DD7" w:rsidRPr="005E0605" w:rsidTr="009A54A4">
        <w:trPr>
          <w:trHeight w:val="624"/>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9</w:t>
            </w: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r>
      <w:tr w:rsidR="00A65DD7" w:rsidRPr="005E0605" w:rsidTr="009A54A4">
        <w:trPr>
          <w:trHeight w:val="624"/>
        </w:trPr>
        <w:tc>
          <w:tcPr>
            <w:tcW w:w="794" w:type="dxa"/>
          </w:tcPr>
          <w:p w:rsidR="00A65DD7" w:rsidRPr="009A54A4" w:rsidRDefault="005E0605" w:rsidP="005E0605">
            <w:pPr>
              <w:spacing w:after="0"/>
              <w:rPr>
                <w:rFonts w:cs="Times New Roman"/>
                <w:bCs/>
                <w:sz w:val="24"/>
                <w:szCs w:val="24"/>
              </w:rPr>
            </w:pPr>
            <w:r w:rsidRPr="009A54A4">
              <w:rPr>
                <w:rFonts w:cs="Times New Roman"/>
                <w:bCs/>
                <w:sz w:val="24"/>
                <w:szCs w:val="24"/>
              </w:rPr>
              <w:t>10</w:t>
            </w: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c>
          <w:tcPr>
            <w:tcW w:w="4819" w:type="dxa"/>
          </w:tcPr>
          <w:p w:rsidR="00A65DD7" w:rsidRPr="009A54A4" w:rsidRDefault="00A65DD7" w:rsidP="005E0605">
            <w:pPr>
              <w:spacing w:after="0"/>
              <w:rPr>
                <w:rFonts w:cs="Times New Roman"/>
                <w:bCs/>
                <w:sz w:val="24"/>
                <w:szCs w:val="24"/>
              </w:rPr>
            </w:pPr>
          </w:p>
        </w:tc>
      </w:tr>
    </w:tbl>
    <w:p w:rsidR="00A65DD7" w:rsidRPr="005E0605" w:rsidRDefault="005E0605" w:rsidP="005E0605">
      <w:pPr>
        <w:spacing w:after="0"/>
        <w:rPr>
          <w:rFonts w:cs="Times New Roman"/>
          <w:sz w:val="24"/>
          <w:szCs w:val="24"/>
        </w:rPr>
      </w:pPr>
      <w:r w:rsidRPr="005E0605">
        <w:rPr>
          <w:rFonts w:cs="Times New Roman"/>
          <w:sz w:val="24"/>
          <w:szCs w:val="24"/>
        </w:rPr>
        <w:br w:type="page"/>
      </w:r>
    </w:p>
    <w:p w:rsidR="00A65DD7" w:rsidRPr="005E0605" w:rsidRDefault="005E0605" w:rsidP="005E0605">
      <w:pPr>
        <w:spacing w:after="0"/>
        <w:rPr>
          <w:rFonts w:cs="Times New Roman"/>
          <w:sz w:val="24"/>
          <w:szCs w:val="24"/>
        </w:rPr>
      </w:pPr>
      <w:r w:rsidRPr="005E0605">
        <w:rPr>
          <w:rFonts w:cs="Times New Roman"/>
          <w:b/>
          <w:sz w:val="24"/>
          <w:szCs w:val="24"/>
        </w:rPr>
        <w:lastRenderedPageBreak/>
        <w:t>AUNIATI UNIVERSITY | COURSE-WISE AND PAPER-WISE SYLLABUS PROGRESS REPORT</w:t>
      </w:r>
    </w:p>
    <w:p w:rsidR="00A65DD7" w:rsidRPr="005E0605" w:rsidRDefault="005E0605" w:rsidP="005E0605">
      <w:pPr>
        <w:spacing w:after="0"/>
        <w:rPr>
          <w:rFonts w:cs="Times New Roman"/>
          <w:sz w:val="24"/>
          <w:szCs w:val="24"/>
        </w:rPr>
      </w:pPr>
      <w:proofErr w:type="gramStart"/>
      <w:r w:rsidRPr="005E0605">
        <w:rPr>
          <w:rFonts w:cs="Times New Roman"/>
          <w:sz w:val="24"/>
          <w:szCs w:val="24"/>
        </w:rPr>
        <w:t>Faculty</w:t>
      </w:r>
      <w:r w:rsidR="009A54A4">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   Department</w:t>
      </w:r>
      <w:r w:rsidR="009A54A4">
        <w:rPr>
          <w:rFonts w:cs="Times New Roman"/>
          <w:sz w:val="24"/>
          <w:szCs w:val="24"/>
        </w:rPr>
        <w:t xml:space="preserve"> </w:t>
      </w:r>
      <w:r w:rsidRPr="005E0605">
        <w:rPr>
          <w:rFonts w:cs="Times New Roman"/>
          <w:sz w:val="24"/>
          <w:szCs w:val="24"/>
        </w:rPr>
        <w:t>: ____________________   Course/Paper Code</w:t>
      </w:r>
      <w:r w:rsidR="009A54A4">
        <w:rPr>
          <w:rFonts w:cs="Times New Roman"/>
          <w:sz w:val="24"/>
          <w:szCs w:val="24"/>
        </w:rPr>
        <w:t xml:space="preserve"> </w:t>
      </w:r>
      <w:r w:rsidRPr="005E0605">
        <w:rPr>
          <w:rFonts w:cs="Times New Roman"/>
          <w:sz w:val="24"/>
          <w:szCs w:val="24"/>
        </w:rPr>
        <w:t>: ______________</w:t>
      </w:r>
    </w:p>
    <w:p w:rsidR="00A65DD7" w:rsidRPr="005E0605" w:rsidRDefault="005E0605" w:rsidP="005E0605">
      <w:pPr>
        <w:spacing w:after="0"/>
        <w:rPr>
          <w:rFonts w:cs="Times New Roman"/>
          <w:sz w:val="24"/>
          <w:szCs w:val="24"/>
        </w:rPr>
      </w:pPr>
      <w:proofErr w:type="gramStart"/>
      <w:r w:rsidRPr="005E0605">
        <w:rPr>
          <w:rFonts w:cs="Times New Roman"/>
          <w:sz w:val="24"/>
          <w:szCs w:val="24"/>
        </w:rPr>
        <w:t>Session</w:t>
      </w:r>
      <w:r w:rsidR="009A54A4">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2026–2027 | Semester</w:t>
      </w:r>
      <w:r w:rsidR="009A54A4">
        <w:rPr>
          <w:rFonts w:cs="Times New Roman"/>
          <w:sz w:val="24"/>
          <w:szCs w:val="24"/>
        </w:rPr>
        <w:t xml:space="preserve"> </w:t>
      </w:r>
      <w:r w:rsidRPr="005E0605">
        <w:rPr>
          <w:rFonts w:cs="Times New Roman"/>
          <w:sz w:val="24"/>
          <w:szCs w:val="24"/>
        </w:rPr>
        <w:t>: July–December 2026 | Progress up to</w:t>
      </w:r>
      <w:r w:rsidR="009A54A4">
        <w:rPr>
          <w:rFonts w:cs="Times New Roman"/>
          <w:sz w:val="24"/>
          <w:szCs w:val="24"/>
        </w:rPr>
        <w:t xml:space="preserve"> </w:t>
      </w:r>
      <w:r w:rsidRPr="005E0605">
        <w:rPr>
          <w:rFonts w:cs="Times New Roman"/>
          <w:sz w:val="24"/>
          <w:szCs w:val="24"/>
        </w:rPr>
        <w:t>: 30</w:t>
      </w:r>
      <w:r w:rsidR="009A54A4" w:rsidRPr="009A54A4">
        <w:rPr>
          <w:rFonts w:cs="Times New Roman"/>
          <w:sz w:val="24"/>
          <w:szCs w:val="24"/>
          <w:vertAlign w:val="superscript"/>
        </w:rPr>
        <w:t>th</w:t>
      </w:r>
      <w:r w:rsidR="009A54A4">
        <w:rPr>
          <w:rFonts w:cs="Times New Roman"/>
          <w:sz w:val="24"/>
          <w:szCs w:val="24"/>
        </w:rPr>
        <w:t xml:space="preserve"> </w:t>
      </w:r>
      <w:r w:rsidRPr="005E0605">
        <w:rPr>
          <w:rFonts w:cs="Times New Roman"/>
          <w:sz w:val="24"/>
          <w:szCs w:val="24"/>
        </w:rPr>
        <w:t>September 2026</w:t>
      </w:r>
    </w:p>
    <w:p w:rsidR="00A65DD7" w:rsidRPr="005E0605" w:rsidRDefault="005E0605" w:rsidP="005E0605">
      <w:pPr>
        <w:pStyle w:val="Heading1"/>
        <w:spacing w:before="0"/>
        <w:rPr>
          <w:rFonts w:ascii="Times New Roman" w:hAnsi="Times New Roman" w:cs="Times New Roman"/>
          <w:szCs w:val="24"/>
        </w:rPr>
      </w:pPr>
      <w:r w:rsidRPr="005E0605">
        <w:rPr>
          <w:rFonts w:ascii="Times New Roman" w:hAnsi="Times New Roman" w:cs="Times New Roman"/>
          <w:szCs w:val="24"/>
        </w:rPr>
        <w:t>11. SUPPORTING RECORDS ENCLOSED</w:t>
      </w:r>
    </w:p>
    <w:tbl>
      <w:tblPr>
        <w:tblStyle w:val="TableGrid"/>
        <w:tblW w:w="0" w:type="auto"/>
        <w:tblLayout w:type="fixed"/>
        <w:tblLook w:val="04A0" w:firstRow="1" w:lastRow="0" w:firstColumn="1" w:lastColumn="0" w:noHBand="0" w:noVBand="1"/>
      </w:tblPr>
      <w:tblGrid>
        <w:gridCol w:w="794"/>
        <w:gridCol w:w="7370"/>
        <w:gridCol w:w="7087"/>
      </w:tblGrid>
      <w:tr w:rsidR="00A65DD7" w:rsidRPr="005E0605" w:rsidTr="009A54A4">
        <w:tc>
          <w:tcPr>
            <w:tcW w:w="794" w:type="dxa"/>
          </w:tcPr>
          <w:p w:rsidR="00A65DD7" w:rsidRPr="005E0605" w:rsidRDefault="005E0605" w:rsidP="005E0605">
            <w:pPr>
              <w:spacing w:after="0"/>
              <w:rPr>
                <w:rFonts w:cs="Times New Roman"/>
                <w:sz w:val="24"/>
                <w:szCs w:val="24"/>
              </w:rPr>
            </w:pPr>
            <w:r w:rsidRPr="005E0605">
              <w:rPr>
                <w:rFonts w:cs="Times New Roman"/>
                <w:b/>
                <w:sz w:val="24"/>
                <w:szCs w:val="24"/>
              </w:rPr>
              <w:t>Sl. No.</w:t>
            </w:r>
          </w:p>
        </w:tc>
        <w:tc>
          <w:tcPr>
            <w:tcW w:w="7370" w:type="dxa"/>
          </w:tcPr>
          <w:p w:rsidR="00A65DD7" w:rsidRPr="005E0605" w:rsidRDefault="005E0605" w:rsidP="005E0605">
            <w:pPr>
              <w:spacing w:after="0"/>
              <w:rPr>
                <w:rFonts w:cs="Times New Roman"/>
                <w:sz w:val="24"/>
                <w:szCs w:val="24"/>
              </w:rPr>
            </w:pPr>
            <w:r w:rsidRPr="005E0605">
              <w:rPr>
                <w:rFonts w:cs="Times New Roman"/>
                <w:b/>
                <w:sz w:val="24"/>
                <w:szCs w:val="24"/>
              </w:rPr>
              <w:t>Document/Record</w:t>
            </w:r>
          </w:p>
        </w:tc>
        <w:tc>
          <w:tcPr>
            <w:tcW w:w="7087" w:type="dxa"/>
          </w:tcPr>
          <w:p w:rsidR="00A65DD7" w:rsidRPr="005E0605" w:rsidRDefault="005E0605" w:rsidP="005E0605">
            <w:pPr>
              <w:spacing w:after="0"/>
              <w:rPr>
                <w:rFonts w:cs="Times New Roman"/>
                <w:sz w:val="24"/>
                <w:szCs w:val="24"/>
              </w:rPr>
            </w:pPr>
            <w:r w:rsidRPr="005E0605">
              <w:rPr>
                <w:rFonts w:cs="Times New Roman"/>
                <w:b/>
                <w:sz w:val="24"/>
                <w:szCs w:val="24"/>
              </w:rPr>
              <w:t>Reference or Period Covered</w:t>
            </w:r>
          </w:p>
        </w:tc>
      </w:tr>
      <w:tr w:rsidR="00A65DD7" w:rsidRPr="005E0605" w:rsidTr="009A54A4">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w:t>
            </w:r>
          </w:p>
        </w:tc>
        <w:tc>
          <w:tcPr>
            <w:tcW w:w="7370" w:type="dxa"/>
          </w:tcPr>
          <w:p w:rsidR="00A65DD7" w:rsidRPr="005E0605" w:rsidRDefault="005E0605" w:rsidP="005E0605">
            <w:pPr>
              <w:spacing w:after="0"/>
              <w:rPr>
                <w:rFonts w:cs="Times New Roman"/>
                <w:sz w:val="24"/>
                <w:szCs w:val="24"/>
              </w:rPr>
            </w:pPr>
            <w:r w:rsidRPr="005E0605">
              <w:rPr>
                <w:rFonts w:cs="Times New Roman"/>
                <w:sz w:val="24"/>
                <w:szCs w:val="24"/>
              </w:rPr>
              <w:t>Prescribed syllabus</w:t>
            </w:r>
          </w:p>
        </w:tc>
        <w:tc>
          <w:tcPr>
            <w:tcW w:w="7087" w:type="dxa"/>
          </w:tcPr>
          <w:p w:rsidR="00A65DD7" w:rsidRPr="005E0605" w:rsidRDefault="00A65DD7" w:rsidP="005E0605">
            <w:pPr>
              <w:spacing w:after="0"/>
              <w:rPr>
                <w:rFonts w:cs="Times New Roman"/>
                <w:sz w:val="24"/>
                <w:szCs w:val="24"/>
              </w:rPr>
            </w:pPr>
          </w:p>
        </w:tc>
      </w:tr>
      <w:tr w:rsidR="00A65DD7" w:rsidRPr="005E0605" w:rsidTr="009A54A4">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2</w:t>
            </w:r>
          </w:p>
        </w:tc>
        <w:tc>
          <w:tcPr>
            <w:tcW w:w="7370" w:type="dxa"/>
          </w:tcPr>
          <w:p w:rsidR="00A65DD7" w:rsidRPr="005E0605" w:rsidRDefault="005E0605" w:rsidP="005E0605">
            <w:pPr>
              <w:spacing w:after="0"/>
              <w:rPr>
                <w:rFonts w:cs="Times New Roman"/>
                <w:sz w:val="24"/>
                <w:szCs w:val="24"/>
              </w:rPr>
            </w:pPr>
            <w:r w:rsidRPr="005E0605">
              <w:rPr>
                <w:rFonts w:cs="Times New Roman"/>
                <w:sz w:val="24"/>
                <w:szCs w:val="24"/>
              </w:rPr>
              <w:t>Approved class routine</w:t>
            </w:r>
          </w:p>
        </w:tc>
        <w:tc>
          <w:tcPr>
            <w:tcW w:w="7087" w:type="dxa"/>
          </w:tcPr>
          <w:p w:rsidR="00A65DD7" w:rsidRPr="005E0605" w:rsidRDefault="00A65DD7" w:rsidP="005E0605">
            <w:pPr>
              <w:spacing w:after="0"/>
              <w:rPr>
                <w:rFonts w:cs="Times New Roman"/>
                <w:sz w:val="24"/>
                <w:szCs w:val="24"/>
              </w:rPr>
            </w:pPr>
          </w:p>
        </w:tc>
      </w:tr>
      <w:tr w:rsidR="00A65DD7" w:rsidRPr="005E0605" w:rsidTr="009A54A4">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3</w:t>
            </w:r>
          </w:p>
        </w:tc>
        <w:tc>
          <w:tcPr>
            <w:tcW w:w="7370" w:type="dxa"/>
          </w:tcPr>
          <w:p w:rsidR="00A65DD7" w:rsidRPr="005E0605" w:rsidRDefault="005E0605" w:rsidP="005E0605">
            <w:pPr>
              <w:spacing w:after="0"/>
              <w:rPr>
                <w:rFonts w:cs="Times New Roman"/>
                <w:sz w:val="24"/>
                <w:szCs w:val="24"/>
              </w:rPr>
            </w:pPr>
            <w:r w:rsidRPr="005E0605">
              <w:rPr>
                <w:rFonts w:cs="Times New Roman"/>
                <w:sz w:val="24"/>
                <w:szCs w:val="24"/>
              </w:rPr>
              <w:t>Teaching diary/class record</w:t>
            </w:r>
          </w:p>
        </w:tc>
        <w:tc>
          <w:tcPr>
            <w:tcW w:w="7087" w:type="dxa"/>
          </w:tcPr>
          <w:p w:rsidR="00A65DD7" w:rsidRPr="005E0605" w:rsidRDefault="00A65DD7" w:rsidP="005E0605">
            <w:pPr>
              <w:spacing w:after="0"/>
              <w:rPr>
                <w:rFonts w:cs="Times New Roman"/>
                <w:sz w:val="24"/>
                <w:szCs w:val="24"/>
              </w:rPr>
            </w:pPr>
          </w:p>
        </w:tc>
      </w:tr>
      <w:tr w:rsidR="00A65DD7" w:rsidRPr="005E0605" w:rsidTr="009A54A4">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4</w:t>
            </w:r>
          </w:p>
        </w:tc>
        <w:tc>
          <w:tcPr>
            <w:tcW w:w="7370" w:type="dxa"/>
          </w:tcPr>
          <w:p w:rsidR="00A65DD7" w:rsidRPr="005E0605" w:rsidRDefault="005E0605" w:rsidP="005E0605">
            <w:pPr>
              <w:spacing w:after="0"/>
              <w:rPr>
                <w:rFonts w:cs="Times New Roman"/>
                <w:sz w:val="24"/>
                <w:szCs w:val="24"/>
              </w:rPr>
            </w:pPr>
            <w:r w:rsidRPr="005E0605">
              <w:rPr>
                <w:rFonts w:cs="Times New Roman"/>
                <w:sz w:val="24"/>
                <w:szCs w:val="24"/>
              </w:rPr>
              <w:t>Attendance record</w:t>
            </w:r>
          </w:p>
        </w:tc>
        <w:tc>
          <w:tcPr>
            <w:tcW w:w="7087" w:type="dxa"/>
          </w:tcPr>
          <w:p w:rsidR="00A65DD7" w:rsidRPr="005E0605" w:rsidRDefault="00A65DD7" w:rsidP="005E0605">
            <w:pPr>
              <w:spacing w:after="0"/>
              <w:rPr>
                <w:rFonts w:cs="Times New Roman"/>
                <w:sz w:val="24"/>
                <w:szCs w:val="24"/>
              </w:rPr>
            </w:pPr>
          </w:p>
        </w:tc>
      </w:tr>
      <w:tr w:rsidR="00A65DD7" w:rsidRPr="005E0605" w:rsidTr="009A54A4">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5</w:t>
            </w:r>
          </w:p>
        </w:tc>
        <w:tc>
          <w:tcPr>
            <w:tcW w:w="7370" w:type="dxa"/>
          </w:tcPr>
          <w:p w:rsidR="00A65DD7" w:rsidRPr="005E0605" w:rsidRDefault="005E0605" w:rsidP="005E0605">
            <w:pPr>
              <w:spacing w:after="0"/>
              <w:rPr>
                <w:rFonts w:cs="Times New Roman"/>
                <w:sz w:val="24"/>
                <w:szCs w:val="24"/>
              </w:rPr>
            </w:pPr>
            <w:r w:rsidRPr="005E0605">
              <w:rPr>
                <w:rFonts w:cs="Times New Roman"/>
                <w:sz w:val="24"/>
                <w:szCs w:val="24"/>
              </w:rPr>
              <w:t>Practical/tutorial/fieldwork record, where applicable</w:t>
            </w:r>
          </w:p>
        </w:tc>
        <w:tc>
          <w:tcPr>
            <w:tcW w:w="7087" w:type="dxa"/>
          </w:tcPr>
          <w:p w:rsidR="00A65DD7" w:rsidRPr="005E0605" w:rsidRDefault="00A65DD7" w:rsidP="005E0605">
            <w:pPr>
              <w:spacing w:after="0"/>
              <w:rPr>
                <w:rFonts w:cs="Times New Roman"/>
                <w:sz w:val="24"/>
                <w:szCs w:val="24"/>
              </w:rPr>
            </w:pPr>
          </w:p>
        </w:tc>
      </w:tr>
      <w:tr w:rsidR="00A65DD7" w:rsidRPr="005E0605" w:rsidTr="009A54A4">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6</w:t>
            </w:r>
          </w:p>
        </w:tc>
        <w:tc>
          <w:tcPr>
            <w:tcW w:w="7370" w:type="dxa"/>
          </w:tcPr>
          <w:p w:rsidR="00A65DD7" w:rsidRPr="005E0605" w:rsidRDefault="005E0605" w:rsidP="005E0605">
            <w:pPr>
              <w:spacing w:after="0"/>
              <w:rPr>
                <w:rFonts w:cs="Times New Roman"/>
                <w:sz w:val="24"/>
                <w:szCs w:val="24"/>
              </w:rPr>
            </w:pPr>
            <w:r w:rsidRPr="005E0605">
              <w:rPr>
                <w:rFonts w:cs="Times New Roman"/>
                <w:sz w:val="24"/>
                <w:szCs w:val="24"/>
              </w:rPr>
              <w:t>Other supporting document 1</w:t>
            </w:r>
          </w:p>
        </w:tc>
        <w:tc>
          <w:tcPr>
            <w:tcW w:w="7087" w:type="dxa"/>
          </w:tcPr>
          <w:p w:rsidR="00A65DD7" w:rsidRPr="005E0605" w:rsidRDefault="00A65DD7" w:rsidP="005E0605">
            <w:pPr>
              <w:spacing w:after="0"/>
              <w:rPr>
                <w:rFonts w:cs="Times New Roman"/>
                <w:sz w:val="24"/>
                <w:szCs w:val="24"/>
              </w:rPr>
            </w:pPr>
          </w:p>
        </w:tc>
      </w:tr>
      <w:tr w:rsidR="00A65DD7" w:rsidRPr="005E0605" w:rsidTr="009A54A4">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7</w:t>
            </w:r>
          </w:p>
        </w:tc>
        <w:tc>
          <w:tcPr>
            <w:tcW w:w="7370" w:type="dxa"/>
          </w:tcPr>
          <w:p w:rsidR="00A65DD7" w:rsidRPr="005E0605" w:rsidRDefault="005E0605" w:rsidP="005E0605">
            <w:pPr>
              <w:spacing w:after="0"/>
              <w:rPr>
                <w:rFonts w:cs="Times New Roman"/>
                <w:sz w:val="24"/>
                <w:szCs w:val="24"/>
              </w:rPr>
            </w:pPr>
            <w:r w:rsidRPr="005E0605">
              <w:rPr>
                <w:rFonts w:cs="Times New Roman"/>
                <w:sz w:val="24"/>
                <w:szCs w:val="24"/>
              </w:rPr>
              <w:t>Other supporting document 2</w:t>
            </w:r>
          </w:p>
        </w:tc>
        <w:tc>
          <w:tcPr>
            <w:tcW w:w="7087" w:type="dxa"/>
          </w:tcPr>
          <w:p w:rsidR="00A65DD7" w:rsidRPr="005E0605" w:rsidRDefault="00A65DD7" w:rsidP="005E0605">
            <w:pPr>
              <w:spacing w:after="0"/>
              <w:rPr>
                <w:rFonts w:cs="Times New Roman"/>
                <w:sz w:val="24"/>
                <w:szCs w:val="24"/>
              </w:rPr>
            </w:pPr>
          </w:p>
        </w:tc>
      </w:tr>
      <w:tr w:rsidR="00A65DD7" w:rsidRPr="005E0605" w:rsidTr="009A54A4">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8</w:t>
            </w:r>
          </w:p>
        </w:tc>
        <w:tc>
          <w:tcPr>
            <w:tcW w:w="7370" w:type="dxa"/>
          </w:tcPr>
          <w:p w:rsidR="00A65DD7" w:rsidRPr="005E0605" w:rsidRDefault="005E0605" w:rsidP="005E0605">
            <w:pPr>
              <w:spacing w:after="0"/>
              <w:rPr>
                <w:rFonts w:cs="Times New Roman"/>
                <w:sz w:val="24"/>
                <w:szCs w:val="24"/>
              </w:rPr>
            </w:pPr>
            <w:r w:rsidRPr="005E0605">
              <w:rPr>
                <w:rFonts w:cs="Times New Roman"/>
                <w:sz w:val="24"/>
                <w:szCs w:val="24"/>
              </w:rPr>
              <w:t>Other supporting document 3</w:t>
            </w:r>
          </w:p>
        </w:tc>
        <w:tc>
          <w:tcPr>
            <w:tcW w:w="7087" w:type="dxa"/>
          </w:tcPr>
          <w:p w:rsidR="00A65DD7" w:rsidRPr="005E0605" w:rsidRDefault="00A65DD7" w:rsidP="005E0605">
            <w:pPr>
              <w:spacing w:after="0"/>
              <w:rPr>
                <w:rFonts w:cs="Times New Roman"/>
                <w:sz w:val="24"/>
                <w:szCs w:val="24"/>
              </w:rPr>
            </w:pPr>
          </w:p>
        </w:tc>
      </w:tr>
      <w:tr w:rsidR="00A65DD7" w:rsidRPr="005E0605" w:rsidTr="009A54A4">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9</w:t>
            </w:r>
          </w:p>
        </w:tc>
        <w:tc>
          <w:tcPr>
            <w:tcW w:w="7370" w:type="dxa"/>
          </w:tcPr>
          <w:p w:rsidR="00A65DD7" w:rsidRPr="005E0605" w:rsidRDefault="005E0605" w:rsidP="005E0605">
            <w:pPr>
              <w:spacing w:after="0"/>
              <w:rPr>
                <w:rFonts w:cs="Times New Roman"/>
                <w:sz w:val="24"/>
                <w:szCs w:val="24"/>
              </w:rPr>
            </w:pPr>
            <w:r w:rsidRPr="005E0605">
              <w:rPr>
                <w:rFonts w:cs="Times New Roman"/>
                <w:sz w:val="24"/>
                <w:szCs w:val="24"/>
              </w:rPr>
              <w:t>Other supporting document 4</w:t>
            </w:r>
          </w:p>
        </w:tc>
        <w:tc>
          <w:tcPr>
            <w:tcW w:w="7087" w:type="dxa"/>
          </w:tcPr>
          <w:p w:rsidR="00A65DD7" w:rsidRPr="005E0605" w:rsidRDefault="00A65DD7" w:rsidP="005E0605">
            <w:pPr>
              <w:spacing w:after="0"/>
              <w:rPr>
                <w:rFonts w:cs="Times New Roman"/>
                <w:sz w:val="24"/>
                <w:szCs w:val="24"/>
              </w:rPr>
            </w:pPr>
          </w:p>
        </w:tc>
      </w:tr>
      <w:tr w:rsidR="00A65DD7" w:rsidRPr="005E0605" w:rsidTr="009A54A4">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10</w:t>
            </w:r>
          </w:p>
        </w:tc>
        <w:tc>
          <w:tcPr>
            <w:tcW w:w="7370" w:type="dxa"/>
          </w:tcPr>
          <w:p w:rsidR="00A65DD7" w:rsidRPr="005E0605" w:rsidRDefault="005E0605" w:rsidP="005E0605">
            <w:pPr>
              <w:spacing w:after="0"/>
              <w:rPr>
                <w:rFonts w:cs="Times New Roman"/>
                <w:sz w:val="24"/>
                <w:szCs w:val="24"/>
              </w:rPr>
            </w:pPr>
            <w:r w:rsidRPr="005E0605">
              <w:rPr>
                <w:rFonts w:cs="Times New Roman"/>
                <w:sz w:val="24"/>
                <w:szCs w:val="24"/>
              </w:rPr>
              <w:t>Other supporting document 5</w:t>
            </w:r>
          </w:p>
        </w:tc>
        <w:tc>
          <w:tcPr>
            <w:tcW w:w="7087" w:type="dxa"/>
          </w:tcPr>
          <w:p w:rsidR="00A65DD7" w:rsidRPr="005E0605" w:rsidRDefault="00A65DD7" w:rsidP="005E0605">
            <w:pPr>
              <w:spacing w:after="0"/>
              <w:rPr>
                <w:rFonts w:cs="Times New Roman"/>
                <w:sz w:val="24"/>
                <w:szCs w:val="24"/>
              </w:rPr>
            </w:pPr>
          </w:p>
        </w:tc>
      </w:tr>
    </w:tbl>
    <w:p w:rsidR="00A65DD7" w:rsidRPr="005E0605" w:rsidRDefault="005E0605" w:rsidP="005E0605">
      <w:pPr>
        <w:spacing w:after="0"/>
        <w:rPr>
          <w:rFonts w:cs="Times New Roman"/>
          <w:sz w:val="24"/>
          <w:szCs w:val="24"/>
        </w:rPr>
      </w:pPr>
      <w:r w:rsidRPr="005E0605">
        <w:rPr>
          <w:rFonts w:cs="Times New Roman"/>
          <w:sz w:val="24"/>
          <w:szCs w:val="24"/>
        </w:rPr>
        <w:br w:type="page"/>
      </w:r>
    </w:p>
    <w:p w:rsidR="00A65DD7" w:rsidRPr="005E0605" w:rsidRDefault="005E0605" w:rsidP="005E0605">
      <w:pPr>
        <w:spacing w:after="0"/>
        <w:rPr>
          <w:rFonts w:cs="Times New Roman"/>
          <w:sz w:val="24"/>
          <w:szCs w:val="24"/>
        </w:rPr>
      </w:pPr>
      <w:r w:rsidRPr="005E0605">
        <w:rPr>
          <w:rFonts w:cs="Times New Roman"/>
          <w:b/>
          <w:sz w:val="24"/>
          <w:szCs w:val="24"/>
        </w:rPr>
        <w:lastRenderedPageBreak/>
        <w:t>AUNIATI UNIVERSITY | COURSE-WISE AND PAPER-WISE SYLLABUS PROGRESS REPORT</w:t>
      </w:r>
    </w:p>
    <w:p w:rsidR="00A65DD7" w:rsidRPr="005E0605" w:rsidRDefault="005E0605" w:rsidP="005E0605">
      <w:pPr>
        <w:spacing w:after="0"/>
        <w:rPr>
          <w:rFonts w:cs="Times New Roman"/>
          <w:sz w:val="24"/>
          <w:szCs w:val="24"/>
        </w:rPr>
      </w:pPr>
      <w:proofErr w:type="gramStart"/>
      <w:r w:rsidRPr="005E0605">
        <w:rPr>
          <w:rFonts w:cs="Times New Roman"/>
          <w:sz w:val="24"/>
          <w:szCs w:val="24"/>
        </w:rPr>
        <w:t>Faculty</w:t>
      </w:r>
      <w:r w:rsidR="001F50FF">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   Department</w:t>
      </w:r>
      <w:r w:rsidR="001F50FF">
        <w:rPr>
          <w:rFonts w:cs="Times New Roman"/>
          <w:sz w:val="24"/>
          <w:szCs w:val="24"/>
        </w:rPr>
        <w:t xml:space="preserve"> </w:t>
      </w:r>
      <w:r w:rsidRPr="005E0605">
        <w:rPr>
          <w:rFonts w:cs="Times New Roman"/>
          <w:sz w:val="24"/>
          <w:szCs w:val="24"/>
        </w:rPr>
        <w:t>: ____________________   Course/Paper Code</w:t>
      </w:r>
      <w:r w:rsidR="001F50FF">
        <w:rPr>
          <w:rFonts w:cs="Times New Roman"/>
          <w:sz w:val="24"/>
          <w:szCs w:val="24"/>
        </w:rPr>
        <w:t xml:space="preserve"> </w:t>
      </w:r>
      <w:r w:rsidRPr="005E0605">
        <w:rPr>
          <w:rFonts w:cs="Times New Roman"/>
          <w:sz w:val="24"/>
          <w:szCs w:val="24"/>
        </w:rPr>
        <w:t>: ______________</w:t>
      </w:r>
    </w:p>
    <w:p w:rsidR="00A65DD7" w:rsidRPr="005E0605" w:rsidRDefault="005E0605" w:rsidP="005E0605">
      <w:pPr>
        <w:spacing w:after="0"/>
        <w:rPr>
          <w:rFonts w:cs="Times New Roman"/>
          <w:sz w:val="24"/>
          <w:szCs w:val="24"/>
        </w:rPr>
      </w:pPr>
      <w:proofErr w:type="gramStart"/>
      <w:r w:rsidRPr="005E0605">
        <w:rPr>
          <w:rFonts w:cs="Times New Roman"/>
          <w:sz w:val="24"/>
          <w:szCs w:val="24"/>
        </w:rPr>
        <w:t>Session</w:t>
      </w:r>
      <w:r w:rsidR="001F50FF">
        <w:rPr>
          <w:rFonts w:cs="Times New Roman"/>
          <w:sz w:val="24"/>
          <w:szCs w:val="24"/>
        </w:rPr>
        <w:t xml:space="preserve"> :</w:t>
      </w:r>
      <w:proofErr w:type="gramEnd"/>
      <w:r w:rsidR="001F50FF">
        <w:rPr>
          <w:rFonts w:cs="Times New Roman"/>
          <w:sz w:val="24"/>
          <w:szCs w:val="24"/>
        </w:rPr>
        <w:t xml:space="preserve"> 2026–2027 | Semester: July-</w:t>
      </w:r>
      <w:r w:rsidRPr="005E0605">
        <w:rPr>
          <w:rFonts w:cs="Times New Roman"/>
          <w:sz w:val="24"/>
          <w:szCs w:val="24"/>
        </w:rPr>
        <w:t>December 2026 | Progress up to</w:t>
      </w:r>
      <w:r w:rsidR="001F50FF">
        <w:rPr>
          <w:rFonts w:cs="Times New Roman"/>
          <w:sz w:val="24"/>
          <w:szCs w:val="24"/>
        </w:rPr>
        <w:t xml:space="preserve"> </w:t>
      </w:r>
      <w:r w:rsidRPr="005E0605">
        <w:rPr>
          <w:rFonts w:cs="Times New Roman"/>
          <w:sz w:val="24"/>
          <w:szCs w:val="24"/>
        </w:rPr>
        <w:t>: 30</w:t>
      </w:r>
      <w:r w:rsidR="001F50FF" w:rsidRPr="001F50FF">
        <w:rPr>
          <w:rFonts w:cs="Times New Roman"/>
          <w:sz w:val="24"/>
          <w:szCs w:val="24"/>
          <w:vertAlign w:val="superscript"/>
        </w:rPr>
        <w:t>th</w:t>
      </w:r>
      <w:r w:rsidR="001F50FF">
        <w:rPr>
          <w:rFonts w:cs="Times New Roman"/>
          <w:sz w:val="24"/>
          <w:szCs w:val="24"/>
        </w:rPr>
        <w:t xml:space="preserve"> </w:t>
      </w:r>
      <w:r w:rsidRPr="005E0605">
        <w:rPr>
          <w:rFonts w:cs="Times New Roman"/>
          <w:sz w:val="24"/>
          <w:szCs w:val="24"/>
        </w:rPr>
        <w:t>September 2026</w:t>
      </w:r>
    </w:p>
    <w:p w:rsidR="00A65DD7" w:rsidRPr="005E0605" w:rsidRDefault="005E0605" w:rsidP="005E0605">
      <w:pPr>
        <w:pStyle w:val="Heading1"/>
        <w:spacing w:before="0"/>
        <w:rPr>
          <w:rFonts w:ascii="Times New Roman" w:hAnsi="Times New Roman" w:cs="Times New Roman"/>
          <w:szCs w:val="24"/>
        </w:rPr>
      </w:pPr>
      <w:r w:rsidRPr="005E0605">
        <w:rPr>
          <w:rFonts w:ascii="Times New Roman" w:hAnsi="Times New Roman" w:cs="Times New Roman"/>
          <w:szCs w:val="24"/>
        </w:rPr>
        <w:t>12. DECLARATION BY THE FACULTY MEMBER</w:t>
      </w:r>
    </w:p>
    <w:p w:rsidR="00A65DD7" w:rsidRPr="005E0605" w:rsidRDefault="005E0605" w:rsidP="005E0605">
      <w:pPr>
        <w:spacing w:after="0"/>
        <w:rPr>
          <w:rFonts w:cs="Times New Roman"/>
          <w:sz w:val="24"/>
          <w:szCs w:val="24"/>
        </w:rPr>
      </w:pPr>
      <w:r w:rsidRPr="005E0605">
        <w:rPr>
          <w:rFonts w:cs="Times New Roman"/>
          <w:sz w:val="24"/>
          <w:szCs w:val="24"/>
        </w:rPr>
        <w:t xml:space="preserve">I certify that this report accurately records the teaching undertaken and syllabus progress achieved in the course/paper specified above up to and including </w:t>
      </w:r>
      <w:r w:rsidR="001F50FF">
        <w:rPr>
          <w:rFonts w:cs="Times New Roman"/>
          <w:sz w:val="24"/>
          <w:szCs w:val="24"/>
        </w:rPr>
        <w:t xml:space="preserve">     </w:t>
      </w:r>
      <w:proofErr w:type="gramStart"/>
      <w:r w:rsidRPr="005E0605">
        <w:rPr>
          <w:rFonts w:cs="Times New Roman"/>
          <w:sz w:val="24"/>
          <w:szCs w:val="24"/>
        </w:rPr>
        <w:t>30</w:t>
      </w:r>
      <w:r w:rsidR="001F50FF" w:rsidRPr="001F50FF">
        <w:rPr>
          <w:rFonts w:cs="Times New Roman"/>
          <w:sz w:val="24"/>
          <w:szCs w:val="24"/>
          <w:vertAlign w:val="superscript"/>
        </w:rPr>
        <w:t>th</w:t>
      </w:r>
      <w:r w:rsidR="001F50FF">
        <w:rPr>
          <w:rFonts w:cs="Times New Roman"/>
          <w:sz w:val="24"/>
          <w:szCs w:val="24"/>
        </w:rPr>
        <w:t xml:space="preserve"> </w:t>
      </w:r>
      <w:r w:rsidRPr="005E0605">
        <w:rPr>
          <w:rFonts w:cs="Times New Roman"/>
          <w:sz w:val="24"/>
          <w:szCs w:val="24"/>
        </w:rPr>
        <w:t xml:space="preserve"> September</w:t>
      </w:r>
      <w:proofErr w:type="gramEnd"/>
      <w:r w:rsidRPr="005E0605">
        <w:rPr>
          <w:rFonts w:cs="Times New Roman"/>
          <w:sz w:val="24"/>
          <w:szCs w:val="24"/>
        </w:rPr>
        <w:t xml:space="preserve"> 2026. All incomplete and uncommenced portions have been disclosed, and proposed future classes have been recorded separately.</w:t>
      </w:r>
    </w:p>
    <w:p w:rsidR="00A65DD7" w:rsidRPr="005E0605" w:rsidRDefault="005E0605" w:rsidP="005E0605">
      <w:pPr>
        <w:spacing w:after="0"/>
        <w:rPr>
          <w:rFonts w:cs="Times New Roman"/>
          <w:sz w:val="24"/>
          <w:szCs w:val="24"/>
        </w:rPr>
      </w:pPr>
      <w:r w:rsidRPr="005E0605">
        <w:rPr>
          <w:rFonts w:cs="Times New Roman"/>
          <w:sz w:val="24"/>
          <w:szCs w:val="24"/>
        </w:rPr>
        <w:t>Declaration checklist: enter Yes or N/A, as applicable.</w:t>
      </w:r>
    </w:p>
    <w:tbl>
      <w:tblPr>
        <w:tblStyle w:val="TableGrid"/>
        <w:tblW w:w="0" w:type="auto"/>
        <w:tblLayout w:type="fixed"/>
        <w:tblLook w:val="04A0" w:firstRow="1" w:lastRow="0" w:firstColumn="1" w:lastColumn="0" w:noHBand="0" w:noVBand="1"/>
      </w:tblPr>
      <w:tblGrid>
        <w:gridCol w:w="794"/>
        <w:gridCol w:w="12756"/>
        <w:gridCol w:w="1701"/>
      </w:tblGrid>
      <w:tr w:rsidR="00A65DD7" w:rsidRPr="005E0605" w:rsidTr="001F50FF">
        <w:tc>
          <w:tcPr>
            <w:tcW w:w="794" w:type="dxa"/>
          </w:tcPr>
          <w:p w:rsidR="00A65DD7" w:rsidRPr="005E0605" w:rsidRDefault="005E0605" w:rsidP="005E0605">
            <w:pPr>
              <w:spacing w:after="0"/>
              <w:rPr>
                <w:rFonts w:cs="Times New Roman"/>
                <w:sz w:val="24"/>
                <w:szCs w:val="24"/>
              </w:rPr>
            </w:pPr>
            <w:r w:rsidRPr="005E0605">
              <w:rPr>
                <w:rFonts w:cs="Times New Roman"/>
                <w:b/>
                <w:sz w:val="24"/>
                <w:szCs w:val="24"/>
              </w:rPr>
              <w:t>Sl. No.</w:t>
            </w:r>
          </w:p>
        </w:tc>
        <w:tc>
          <w:tcPr>
            <w:tcW w:w="12756" w:type="dxa"/>
          </w:tcPr>
          <w:p w:rsidR="00A65DD7" w:rsidRPr="005E0605" w:rsidRDefault="005E0605" w:rsidP="005E0605">
            <w:pPr>
              <w:spacing w:after="0"/>
              <w:rPr>
                <w:rFonts w:cs="Times New Roman"/>
                <w:sz w:val="24"/>
                <w:szCs w:val="24"/>
              </w:rPr>
            </w:pPr>
            <w:r w:rsidRPr="005E0605">
              <w:rPr>
                <w:rFonts w:cs="Times New Roman"/>
                <w:b/>
                <w:sz w:val="24"/>
                <w:szCs w:val="24"/>
              </w:rPr>
              <w:t>Declaration Item</w:t>
            </w:r>
          </w:p>
        </w:tc>
        <w:tc>
          <w:tcPr>
            <w:tcW w:w="1701" w:type="dxa"/>
          </w:tcPr>
          <w:p w:rsidR="00A65DD7" w:rsidRPr="005E0605" w:rsidRDefault="005E0605" w:rsidP="005E0605">
            <w:pPr>
              <w:spacing w:after="0"/>
              <w:rPr>
                <w:rFonts w:cs="Times New Roman"/>
                <w:sz w:val="24"/>
                <w:szCs w:val="24"/>
              </w:rPr>
            </w:pPr>
            <w:r w:rsidRPr="005E0605">
              <w:rPr>
                <w:rFonts w:cs="Times New Roman"/>
                <w:b/>
                <w:sz w:val="24"/>
                <w:szCs w:val="24"/>
              </w:rPr>
              <w:t>Yes / N/A</w:t>
            </w:r>
          </w:p>
        </w:tc>
      </w:tr>
      <w:tr w:rsidR="00A65DD7" w:rsidRPr="005E0605" w:rsidTr="001F50FF">
        <w:trPr>
          <w:trHeight w:val="39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w:t>
            </w:r>
          </w:p>
        </w:tc>
        <w:tc>
          <w:tcPr>
            <w:tcW w:w="12756" w:type="dxa"/>
          </w:tcPr>
          <w:p w:rsidR="00A65DD7" w:rsidRPr="005E0605" w:rsidRDefault="005E0605" w:rsidP="005E0605">
            <w:pPr>
              <w:spacing w:after="0"/>
              <w:rPr>
                <w:rFonts w:cs="Times New Roman"/>
                <w:sz w:val="24"/>
                <w:szCs w:val="24"/>
              </w:rPr>
            </w:pPr>
            <w:r w:rsidRPr="005E0605">
              <w:rPr>
                <w:rFonts w:cs="Times New Roman"/>
                <w:sz w:val="24"/>
                <w:szCs w:val="24"/>
              </w:rPr>
              <w:t>Faculty and course/paper particulars are accurate.</w:t>
            </w:r>
          </w:p>
        </w:tc>
        <w:tc>
          <w:tcPr>
            <w:tcW w:w="1701" w:type="dxa"/>
          </w:tcPr>
          <w:p w:rsidR="00A65DD7" w:rsidRPr="005E0605" w:rsidRDefault="00A65DD7" w:rsidP="005E0605">
            <w:pPr>
              <w:spacing w:after="0"/>
              <w:rPr>
                <w:rFonts w:cs="Times New Roman"/>
                <w:sz w:val="24"/>
                <w:szCs w:val="24"/>
              </w:rPr>
            </w:pPr>
          </w:p>
        </w:tc>
      </w:tr>
      <w:tr w:rsidR="00A65DD7" w:rsidRPr="005E0605" w:rsidTr="001F50FF">
        <w:trPr>
          <w:trHeight w:val="39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2</w:t>
            </w:r>
          </w:p>
        </w:tc>
        <w:tc>
          <w:tcPr>
            <w:tcW w:w="12756" w:type="dxa"/>
          </w:tcPr>
          <w:p w:rsidR="00A65DD7" w:rsidRPr="005E0605" w:rsidRDefault="005E0605" w:rsidP="005E0605">
            <w:pPr>
              <w:spacing w:after="0"/>
              <w:rPr>
                <w:rFonts w:cs="Times New Roman"/>
                <w:sz w:val="24"/>
                <w:szCs w:val="24"/>
              </w:rPr>
            </w:pPr>
            <w:r w:rsidRPr="005E0605">
              <w:rPr>
                <w:rFonts w:cs="Times New Roman"/>
                <w:sz w:val="24"/>
                <w:szCs w:val="24"/>
              </w:rPr>
              <w:t>Routine particulars match the approved routine.</w:t>
            </w:r>
          </w:p>
        </w:tc>
        <w:tc>
          <w:tcPr>
            <w:tcW w:w="1701" w:type="dxa"/>
          </w:tcPr>
          <w:p w:rsidR="00A65DD7" w:rsidRPr="005E0605" w:rsidRDefault="00A65DD7" w:rsidP="005E0605">
            <w:pPr>
              <w:spacing w:after="0"/>
              <w:rPr>
                <w:rFonts w:cs="Times New Roman"/>
                <w:sz w:val="24"/>
                <w:szCs w:val="24"/>
              </w:rPr>
            </w:pPr>
          </w:p>
        </w:tc>
      </w:tr>
      <w:tr w:rsidR="00A65DD7" w:rsidRPr="005E0605" w:rsidTr="001F50FF">
        <w:trPr>
          <w:trHeight w:val="39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3</w:t>
            </w:r>
          </w:p>
        </w:tc>
        <w:tc>
          <w:tcPr>
            <w:tcW w:w="12756" w:type="dxa"/>
          </w:tcPr>
          <w:p w:rsidR="00A65DD7" w:rsidRPr="005E0605" w:rsidRDefault="005E0605" w:rsidP="005E0605">
            <w:pPr>
              <w:spacing w:after="0"/>
              <w:rPr>
                <w:rFonts w:cs="Times New Roman"/>
                <w:sz w:val="24"/>
                <w:szCs w:val="24"/>
              </w:rPr>
            </w:pPr>
            <w:r w:rsidRPr="005E0605">
              <w:rPr>
                <w:rFonts w:cs="Times New Roman"/>
                <w:sz w:val="24"/>
                <w:szCs w:val="24"/>
              </w:rPr>
              <w:t>Actual classes are recorded individually with dates and times.</w:t>
            </w:r>
          </w:p>
        </w:tc>
        <w:tc>
          <w:tcPr>
            <w:tcW w:w="1701" w:type="dxa"/>
          </w:tcPr>
          <w:p w:rsidR="00A65DD7" w:rsidRPr="005E0605" w:rsidRDefault="00A65DD7" w:rsidP="005E0605">
            <w:pPr>
              <w:spacing w:after="0"/>
              <w:rPr>
                <w:rFonts w:cs="Times New Roman"/>
                <w:sz w:val="24"/>
                <w:szCs w:val="24"/>
              </w:rPr>
            </w:pPr>
          </w:p>
        </w:tc>
      </w:tr>
      <w:tr w:rsidR="00A65DD7" w:rsidRPr="005E0605" w:rsidTr="001F50FF">
        <w:trPr>
          <w:trHeight w:val="39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4</w:t>
            </w:r>
          </w:p>
        </w:tc>
        <w:tc>
          <w:tcPr>
            <w:tcW w:w="12756" w:type="dxa"/>
          </w:tcPr>
          <w:p w:rsidR="00A65DD7" w:rsidRPr="005E0605" w:rsidRDefault="005E0605" w:rsidP="005E0605">
            <w:pPr>
              <w:spacing w:after="0"/>
              <w:rPr>
                <w:rFonts w:cs="Times New Roman"/>
                <w:sz w:val="24"/>
                <w:szCs w:val="24"/>
              </w:rPr>
            </w:pPr>
            <w:r w:rsidRPr="005E0605">
              <w:rPr>
                <w:rFonts w:cs="Times New Roman"/>
                <w:sz w:val="24"/>
                <w:szCs w:val="24"/>
              </w:rPr>
              <w:t>Teaching minutes and hours are accurately calculated.</w:t>
            </w:r>
          </w:p>
        </w:tc>
        <w:tc>
          <w:tcPr>
            <w:tcW w:w="1701" w:type="dxa"/>
          </w:tcPr>
          <w:p w:rsidR="00A65DD7" w:rsidRPr="005E0605" w:rsidRDefault="00A65DD7" w:rsidP="005E0605">
            <w:pPr>
              <w:spacing w:after="0"/>
              <w:rPr>
                <w:rFonts w:cs="Times New Roman"/>
                <w:sz w:val="24"/>
                <w:szCs w:val="24"/>
              </w:rPr>
            </w:pPr>
          </w:p>
        </w:tc>
      </w:tr>
      <w:tr w:rsidR="00A65DD7" w:rsidRPr="005E0605" w:rsidTr="001F50FF">
        <w:trPr>
          <w:trHeight w:val="39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5</w:t>
            </w:r>
          </w:p>
        </w:tc>
        <w:tc>
          <w:tcPr>
            <w:tcW w:w="12756" w:type="dxa"/>
          </w:tcPr>
          <w:p w:rsidR="00A65DD7" w:rsidRPr="005E0605" w:rsidRDefault="005E0605" w:rsidP="005E0605">
            <w:pPr>
              <w:spacing w:after="0"/>
              <w:rPr>
                <w:rFonts w:cs="Times New Roman"/>
                <w:sz w:val="24"/>
                <w:szCs w:val="24"/>
              </w:rPr>
            </w:pPr>
            <w:r w:rsidRPr="005E0605">
              <w:rPr>
                <w:rFonts w:cs="Times New Roman"/>
                <w:sz w:val="24"/>
                <w:szCs w:val="24"/>
              </w:rPr>
              <w:t>Scheduled classes not conducted have been disclosed.</w:t>
            </w:r>
          </w:p>
        </w:tc>
        <w:tc>
          <w:tcPr>
            <w:tcW w:w="1701" w:type="dxa"/>
          </w:tcPr>
          <w:p w:rsidR="00A65DD7" w:rsidRPr="005E0605" w:rsidRDefault="00A65DD7" w:rsidP="005E0605">
            <w:pPr>
              <w:spacing w:after="0"/>
              <w:rPr>
                <w:rFonts w:cs="Times New Roman"/>
                <w:sz w:val="24"/>
                <w:szCs w:val="24"/>
              </w:rPr>
            </w:pPr>
          </w:p>
        </w:tc>
      </w:tr>
      <w:tr w:rsidR="00A65DD7" w:rsidRPr="005E0605" w:rsidTr="001F50FF">
        <w:trPr>
          <w:trHeight w:val="39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6</w:t>
            </w:r>
          </w:p>
        </w:tc>
        <w:tc>
          <w:tcPr>
            <w:tcW w:w="12756" w:type="dxa"/>
          </w:tcPr>
          <w:p w:rsidR="00A65DD7" w:rsidRPr="005E0605" w:rsidRDefault="005E0605" w:rsidP="005E0605">
            <w:pPr>
              <w:spacing w:after="0"/>
              <w:rPr>
                <w:rFonts w:cs="Times New Roman"/>
                <w:sz w:val="24"/>
                <w:szCs w:val="24"/>
              </w:rPr>
            </w:pPr>
            <w:r w:rsidRPr="005E0605">
              <w:rPr>
                <w:rFonts w:cs="Times New Roman"/>
                <w:sz w:val="24"/>
                <w:szCs w:val="24"/>
              </w:rPr>
              <w:t>Every assigned prescribed unit/topic has been included.</w:t>
            </w:r>
          </w:p>
        </w:tc>
        <w:tc>
          <w:tcPr>
            <w:tcW w:w="1701" w:type="dxa"/>
          </w:tcPr>
          <w:p w:rsidR="00A65DD7" w:rsidRPr="005E0605" w:rsidRDefault="00A65DD7" w:rsidP="005E0605">
            <w:pPr>
              <w:spacing w:after="0"/>
              <w:rPr>
                <w:rFonts w:cs="Times New Roman"/>
                <w:sz w:val="24"/>
                <w:szCs w:val="24"/>
              </w:rPr>
            </w:pPr>
          </w:p>
        </w:tc>
      </w:tr>
      <w:tr w:rsidR="00A65DD7" w:rsidRPr="005E0605" w:rsidTr="001F50FF">
        <w:trPr>
          <w:trHeight w:val="39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7</w:t>
            </w:r>
          </w:p>
        </w:tc>
        <w:tc>
          <w:tcPr>
            <w:tcW w:w="12756" w:type="dxa"/>
          </w:tcPr>
          <w:p w:rsidR="00A65DD7" w:rsidRPr="005E0605" w:rsidRDefault="005E0605" w:rsidP="005E0605">
            <w:pPr>
              <w:spacing w:after="0"/>
              <w:rPr>
                <w:rFonts w:cs="Times New Roman"/>
                <w:sz w:val="24"/>
                <w:szCs w:val="24"/>
              </w:rPr>
            </w:pPr>
            <w:r w:rsidRPr="005E0605">
              <w:rPr>
                <w:rFonts w:cs="Times New Roman"/>
                <w:sz w:val="24"/>
                <w:szCs w:val="24"/>
              </w:rPr>
              <w:t>Partly completed and uncommenced portions are identified.</w:t>
            </w:r>
          </w:p>
        </w:tc>
        <w:tc>
          <w:tcPr>
            <w:tcW w:w="1701" w:type="dxa"/>
          </w:tcPr>
          <w:p w:rsidR="00A65DD7" w:rsidRPr="005E0605" w:rsidRDefault="00A65DD7" w:rsidP="005E0605">
            <w:pPr>
              <w:spacing w:after="0"/>
              <w:rPr>
                <w:rFonts w:cs="Times New Roman"/>
                <w:sz w:val="24"/>
                <w:szCs w:val="24"/>
              </w:rPr>
            </w:pPr>
          </w:p>
        </w:tc>
      </w:tr>
      <w:tr w:rsidR="00A65DD7" w:rsidRPr="005E0605" w:rsidTr="001F50FF">
        <w:trPr>
          <w:trHeight w:val="39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8</w:t>
            </w:r>
          </w:p>
        </w:tc>
        <w:tc>
          <w:tcPr>
            <w:tcW w:w="12756" w:type="dxa"/>
          </w:tcPr>
          <w:p w:rsidR="00A65DD7" w:rsidRPr="005E0605" w:rsidRDefault="005E0605" w:rsidP="005E0605">
            <w:pPr>
              <w:spacing w:after="0"/>
              <w:rPr>
                <w:rFonts w:cs="Times New Roman"/>
                <w:sz w:val="24"/>
                <w:szCs w:val="24"/>
              </w:rPr>
            </w:pPr>
            <w:r w:rsidRPr="005E0605">
              <w:rPr>
                <w:rFonts w:cs="Times New Roman"/>
                <w:sz w:val="24"/>
                <w:szCs w:val="24"/>
              </w:rPr>
              <w:t>Required practical/tutorial/fieldwork progress is reported.</w:t>
            </w:r>
          </w:p>
        </w:tc>
        <w:tc>
          <w:tcPr>
            <w:tcW w:w="1701" w:type="dxa"/>
          </w:tcPr>
          <w:p w:rsidR="00A65DD7" w:rsidRPr="005E0605" w:rsidRDefault="00A65DD7" w:rsidP="005E0605">
            <w:pPr>
              <w:spacing w:after="0"/>
              <w:rPr>
                <w:rFonts w:cs="Times New Roman"/>
                <w:sz w:val="24"/>
                <w:szCs w:val="24"/>
              </w:rPr>
            </w:pPr>
          </w:p>
        </w:tc>
      </w:tr>
      <w:tr w:rsidR="00A65DD7" w:rsidRPr="005E0605" w:rsidTr="001F50FF">
        <w:trPr>
          <w:trHeight w:val="39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9</w:t>
            </w:r>
          </w:p>
        </w:tc>
        <w:tc>
          <w:tcPr>
            <w:tcW w:w="12756" w:type="dxa"/>
          </w:tcPr>
          <w:p w:rsidR="00A65DD7" w:rsidRPr="005E0605" w:rsidRDefault="005E0605" w:rsidP="005E0605">
            <w:pPr>
              <w:spacing w:after="0"/>
              <w:rPr>
                <w:rFonts w:cs="Times New Roman"/>
                <w:sz w:val="24"/>
                <w:szCs w:val="24"/>
              </w:rPr>
            </w:pPr>
            <w:r w:rsidRPr="005E0605">
              <w:rPr>
                <w:rFonts w:cs="Times New Roman"/>
                <w:sz w:val="24"/>
                <w:szCs w:val="24"/>
              </w:rPr>
              <w:t>The completion percentage uses the stated, consistent basis.</w:t>
            </w:r>
          </w:p>
        </w:tc>
        <w:tc>
          <w:tcPr>
            <w:tcW w:w="1701" w:type="dxa"/>
          </w:tcPr>
          <w:p w:rsidR="00A65DD7" w:rsidRPr="005E0605" w:rsidRDefault="00A65DD7" w:rsidP="005E0605">
            <w:pPr>
              <w:spacing w:after="0"/>
              <w:rPr>
                <w:rFonts w:cs="Times New Roman"/>
                <w:sz w:val="24"/>
                <w:szCs w:val="24"/>
              </w:rPr>
            </w:pPr>
          </w:p>
        </w:tc>
      </w:tr>
      <w:tr w:rsidR="00A65DD7" w:rsidRPr="005E0605" w:rsidTr="001F50FF">
        <w:trPr>
          <w:trHeight w:val="39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10</w:t>
            </w:r>
          </w:p>
        </w:tc>
        <w:tc>
          <w:tcPr>
            <w:tcW w:w="12756" w:type="dxa"/>
          </w:tcPr>
          <w:p w:rsidR="00A65DD7" w:rsidRPr="005E0605" w:rsidRDefault="005E0605" w:rsidP="005E0605">
            <w:pPr>
              <w:spacing w:after="0"/>
              <w:rPr>
                <w:rFonts w:cs="Times New Roman"/>
                <w:sz w:val="24"/>
                <w:szCs w:val="24"/>
              </w:rPr>
            </w:pPr>
            <w:r w:rsidRPr="005E0605">
              <w:rPr>
                <w:rFonts w:cs="Times New Roman"/>
                <w:sz w:val="24"/>
                <w:szCs w:val="24"/>
              </w:rPr>
              <w:t>Future classes are recorded separately and supporting records are identified.</w:t>
            </w:r>
          </w:p>
        </w:tc>
        <w:tc>
          <w:tcPr>
            <w:tcW w:w="1701" w:type="dxa"/>
          </w:tcPr>
          <w:p w:rsidR="00A65DD7" w:rsidRPr="005E0605" w:rsidRDefault="00A65DD7" w:rsidP="005E0605">
            <w:pPr>
              <w:spacing w:after="0"/>
              <w:rPr>
                <w:rFonts w:cs="Times New Roman"/>
                <w:sz w:val="24"/>
                <w:szCs w:val="24"/>
              </w:rPr>
            </w:pPr>
          </w:p>
        </w:tc>
      </w:tr>
    </w:tbl>
    <w:p w:rsidR="00A65DD7" w:rsidRPr="005E0605" w:rsidRDefault="005E0605" w:rsidP="005E0605">
      <w:pPr>
        <w:spacing w:after="0"/>
        <w:rPr>
          <w:rFonts w:cs="Times New Roman"/>
          <w:sz w:val="24"/>
          <w:szCs w:val="24"/>
        </w:rPr>
      </w:pPr>
      <w:r w:rsidRPr="005E0605">
        <w:rPr>
          <w:rFonts w:cs="Times New Roman"/>
          <w:b/>
          <w:sz w:val="24"/>
          <w:szCs w:val="24"/>
        </w:rPr>
        <w:t xml:space="preserve">Signature of the Faculty </w:t>
      </w:r>
      <w:proofErr w:type="gramStart"/>
      <w:r w:rsidRPr="005E0605">
        <w:rPr>
          <w:rFonts w:cs="Times New Roman"/>
          <w:b/>
          <w:sz w:val="24"/>
          <w:szCs w:val="24"/>
        </w:rPr>
        <w:t>Member</w:t>
      </w:r>
      <w:r w:rsidR="001F50FF">
        <w:rPr>
          <w:rFonts w:cs="Times New Roman"/>
          <w:b/>
          <w:sz w:val="24"/>
          <w:szCs w:val="24"/>
        </w:rPr>
        <w:t xml:space="preserve"> </w:t>
      </w:r>
      <w:r w:rsidRPr="005E0605">
        <w:rPr>
          <w:rFonts w:cs="Times New Roman"/>
          <w:b/>
          <w:sz w:val="24"/>
          <w:szCs w:val="24"/>
        </w:rPr>
        <w:t>:</w:t>
      </w:r>
      <w:proofErr w:type="gramEnd"/>
      <w:r w:rsidRPr="005E0605">
        <w:rPr>
          <w:rFonts w:cs="Times New Roman"/>
          <w:b/>
          <w:sz w:val="24"/>
          <w:szCs w:val="24"/>
        </w:rPr>
        <w:t xml:space="preserve"> ____________________   Name</w:t>
      </w:r>
      <w:r w:rsidR="001F50FF">
        <w:rPr>
          <w:rFonts w:cs="Times New Roman"/>
          <w:b/>
          <w:sz w:val="24"/>
          <w:szCs w:val="24"/>
        </w:rPr>
        <w:t xml:space="preserve"> </w:t>
      </w:r>
      <w:r w:rsidRPr="005E0605">
        <w:rPr>
          <w:rFonts w:cs="Times New Roman"/>
          <w:b/>
          <w:sz w:val="24"/>
          <w:szCs w:val="24"/>
        </w:rPr>
        <w:t>: ____________________   Date</w:t>
      </w:r>
      <w:r w:rsidR="001F50FF">
        <w:rPr>
          <w:rFonts w:cs="Times New Roman"/>
          <w:b/>
          <w:sz w:val="24"/>
          <w:szCs w:val="24"/>
        </w:rPr>
        <w:t xml:space="preserve"> </w:t>
      </w:r>
      <w:r w:rsidRPr="005E0605">
        <w:rPr>
          <w:rFonts w:cs="Times New Roman"/>
          <w:b/>
          <w:sz w:val="24"/>
          <w:szCs w:val="24"/>
        </w:rPr>
        <w:t>: __________</w:t>
      </w:r>
    </w:p>
    <w:p w:rsidR="00A65DD7" w:rsidRPr="005E0605" w:rsidRDefault="005E0605" w:rsidP="005E0605">
      <w:pPr>
        <w:spacing w:after="0"/>
        <w:rPr>
          <w:rFonts w:cs="Times New Roman"/>
          <w:sz w:val="24"/>
          <w:szCs w:val="24"/>
        </w:rPr>
      </w:pPr>
      <w:r w:rsidRPr="005E0605">
        <w:rPr>
          <w:rFonts w:cs="Times New Roman"/>
          <w:sz w:val="24"/>
          <w:szCs w:val="24"/>
        </w:rPr>
        <w:br w:type="page"/>
      </w:r>
    </w:p>
    <w:p w:rsidR="00A65DD7" w:rsidRPr="005E0605" w:rsidRDefault="005E0605" w:rsidP="005E0605">
      <w:pPr>
        <w:spacing w:after="0"/>
        <w:rPr>
          <w:rFonts w:cs="Times New Roman"/>
          <w:sz w:val="24"/>
          <w:szCs w:val="24"/>
        </w:rPr>
      </w:pPr>
      <w:r w:rsidRPr="005E0605">
        <w:rPr>
          <w:rFonts w:cs="Times New Roman"/>
          <w:b/>
          <w:sz w:val="24"/>
          <w:szCs w:val="24"/>
        </w:rPr>
        <w:lastRenderedPageBreak/>
        <w:t>AUNIATI UNIVERSITY | COURSE-WISE AND PAPER-WISE SYLLABUS PROGRESS REPORT</w:t>
      </w:r>
    </w:p>
    <w:p w:rsidR="00A65DD7" w:rsidRPr="005E0605" w:rsidRDefault="005E0605" w:rsidP="005E0605">
      <w:pPr>
        <w:spacing w:after="0"/>
        <w:rPr>
          <w:rFonts w:cs="Times New Roman"/>
          <w:sz w:val="24"/>
          <w:szCs w:val="24"/>
        </w:rPr>
      </w:pPr>
      <w:proofErr w:type="gramStart"/>
      <w:r w:rsidRPr="005E0605">
        <w:rPr>
          <w:rFonts w:cs="Times New Roman"/>
          <w:sz w:val="24"/>
          <w:szCs w:val="24"/>
        </w:rPr>
        <w:t>Faculty</w:t>
      </w:r>
      <w:r w:rsidR="001F50FF">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   Department</w:t>
      </w:r>
      <w:r w:rsidR="001F50FF">
        <w:rPr>
          <w:rFonts w:cs="Times New Roman"/>
          <w:sz w:val="24"/>
          <w:szCs w:val="24"/>
        </w:rPr>
        <w:t xml:space="preserve"> </w:t>
      </w:r>
      <w:r w:rsidRPr="005E0605">
        <w:rPr>
          <w:rFonts w:cs="Times New Roman"/>
          <w:sz w:val="24"/>
          <w:szCs w:val="24"/>
        </w:rPr>
        <w:t>: ____________________   Course/Paper Code</w:t>
      </w:r>
      <w:r w:rsidR="001F50FF">
        <w:rPr>
          <w:rFonts w:cs="Times New Roman"/>
          <w:sz w:val="24"/>
          <w:szCs w:val="24"/>
        </w:rPr>
        <w:t xml:space="preserve"> </w:t>
      </w:r>
      <w:r w:rsidRPr="005E0605">
        <w:rPr>
          <w:rFonts w:cs="Times New Roman"/>
          <w:sz w:val="24"/>
          <w:szCs w:val="24"/>
        </w:rPr>
        <w:t>: ______________</w:t>
      </w:r>
    </w:p>
    <w:p w:rsidR="00A65DD7" w:rsidRPr="005E0605" w:rsidRDefault="005E0605" w:rsidP="005E0605">
      <w:pPr>
        <w:spacing w:after="0"/>
        <w:rPr>
          <w:rFonts w:cs="Times New Roman"/>
          <w:sz w:val="24"/>
          <w:szCs w:val="24"/>
        </w:rPr>
      </w:pPr>
      <w:proofErr w:type="gramStart"/>
      <w:r w:rsidRPr="005E0605">
        <w:rPr>
          <w:rFonts w:cs="Times New Roman"/>
          <w:sz w:val="24"/>
          <w:szCs w:val="24"/>
        </w:rPr>
        <w:t>Session</w:t>
      </w:r>
      <w:r w:rsidR="001F50FF">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2026–2027 | Semester</w:t>
      </w:r>
      <w:r w:rsidR="001F50FF">
        <w:rPr>
          <w:rFonts w:cs="Times New Roman"/>
          <w:sz w:val="24"/>
          <w:szCs w:val="24"/>
        </w:rPr>
        <w:t xml:space="preserve"> </w:t>
      </w:r>
      <w:r w:rsidRPr="005E0605">
        <w:rPr>
          <w:rFonts w:cs="Times New Roman"/>
          <w:sz w:val="24"/>
          <w:szCs w:val="24"/>
        </w:rPr>
        <w:t>: July–December 2026 | Progress up to</w:t>
      </w:r>
      <w:r w:rsidR="001F50FF">
        <w:rPr>
          <w:rFonts w:cs="Times New Roman"/>
          <w:sz w:val="24"/>
          <w:szCs w:val="24"/>
        </w:rPr>
        <w:t xml:space="preserve"> </w:t>
      </w:r>
      <w:r w:rsidRPr="005E0605">
        <w:rPr>
          <w:rFonts w:cs="Times New Roman"/>
          <w:sz w:val="24"/>
          <w:szCs w:val="24"/>
        </w:rPr>
        <w:t>: 30</w:t>
      </w:r>
      <w:r w:rsidR="001F50FF" w:rsidRPr="001F50FF">
        <w:rPr>
          <w:rFonts w:cs="Times New Roman"/>
          <w:sz w:val="24"/>
          <w:szCs w:val="24"/>
          <w:vertAlign w:val="superscript"/>
        </w:rPr>
        <w:t>th</w:t>
      </w:r>
      <w:r w:rsidR="001F50FF">
        <w:rPr>
          <w:rFonts w:cs="Times New Roman"/>
          <w:sz w:val="24"/>
          <w:szCs w:val="24"/>
        </w:rPr>
        <w:t xml:space="preserve"> </w:t>
      </w:r>
      <w:r w:rsidRPr="005E0605">
        <w:rPr>
          <w:rFonts w:cs="Times New Roman"/>
          <w:sz w:val="24"/>
          <w:szCs w:val="24"/>
        </w:rPr>
        <w:t>September 2026</w:t>
      </w:r>
    </w:p>
    <w:p w:rsidR="00A65DD7" w:rsidRPr="005E0605" w:rsidRDefault="005E0605" w:rsidP="005E0605">
      <w:pPr>
        <w:pStyle w:val="Heading1"/>
        <w:spacing w:before="0"/>
        <w:rPr>
          <w:rFonts w:ascii="Times New Roman" w:hAnsi="Times New Roman" w:cs="Times New Roman"/>
          <w:szCs w:val="24"/>
        </w:rPr>
      </w:pPr>
      <w:r w:rsidRPr="005E0605">
        <w:rPr>
          <w:rFonts w:ascii="Times New Roman" w:hAnsi="Times New Roman" w:cs="Times New Roman"/>
          <w:szCs w:val="24"/>
        </w:rPr>
        <w:t>13. VERIFICATION BY THE HoD/DEPARTMENTAL COORDINATOR</w:t>
      </w:r>
    </w:p>
    <w:p w:rsidR="00A65DD7" w:rsidRPr="005E0605" w:rsidRDefault="005E0605" w:rsidP="005E0605">
      <w:pPr>
        <w:spacing w:after="0"/>
        <w:rPr>
          <w:rFonts w:cs="Times New Roman"/>
          <w:sz w:val="24"/>
          <w:szCs w:val="24"/>
        </w:rPr>
      </w:pPr>
      <w:r w:rsidRPr="005E0605">
        <w:rPr>
          <w:rFonts w:cs="Times New Roman"/>
          <w:sz w:val="24"/>
          <w:szCs w:val="24"/>
        </w:rPr>
        <w:t>The report has been verified against the prescribed syllabus, approved class routine and relevant teaching records. The completed and pending portions have been reviewed, and the proposed completion plan has been examined.</w:t>
      </w:r>
    </w:p>
    <w:tbl>
      <w:tblPr>
        <w:tblStyle w:val="TableGrid"/>
        <w:tblW w:w="0" w:type="auto"/>
        <w:tblLayout w:type="fixed"/>
        <w:tblLook w:val="04A0" w:firstRow="1" w:lastRow="0" w:firstColumn="1" w:lastColumn="0" w:noHBand="0" w:noVBand="1"/>
      </w:tblPr>
      <w:tblGrid>
        <w:gridCol w:w="794"/>
        <w:gridCol w:w="7257"/>
        <w:gridCol w:w="7200"/>
      </w:tblGrid>
      <w:tr w:rsidR="00A65DD7" w:rsidRPr="005E0605" w:rsidTr="001F50FF">
        <w:tc>
          <w:tcPr>
            <w:tcW w:w="794" w:type="dxa"/>
          </w:tcPr>
          <w:p w:rsidR="00A65DD7" w:rsidRPr="005E0605" w:rsidRDefault="005E0605" w:rsidP="005E0605">
            <w:pPr>
              <w:spacing w:after="0"/>
              <w:rPr>
                <w:rFonts w:cs="Times New Roman"/>
                <w:sz w:val="24"/>
                <w:szCs w:val="24"/>
              </w:rPr>
            </w:pPr>
            <w:r w:rsidRPr="005E0605">
              <w:rPr>
                <w:rFonts w:cs="Times New Roman"/>
                <w:b/>
                <w:sz w:val="24"/>
                <w:szCs w:val="24"/>
              </w:rPr>
              <w:t>Sl. No.</w:t>
            </w:r>
          </w:p>
        </w:tc>
        <w:tc>
          <w:tcPr>
            <w:tcW w:w="7257" w:type="dxa"/>
          </w:tcPr>
          <w:p w:rsidR="00A65DD7" w:rsidRPr="005E0605" w:rsidRDefault="005E0605" w:rsidP="005E0605">
            <w:pPr>
              <w:spacing w:after="0"/>
              <w:rPr>
                <w:rFonts w:cs="Times New Roman"/>
                <w:sz w:val="24"/>
                <w:szCs w:val="24"/>
              </w:rPr>
            </w:pPr>
            <w:r w:rsidRPr="005E0605">
              <w:rPr>
                <w:rFonts w:cs="Times New Roman"/>
                <w:b/>
                <w:sz w:val="24"/>
                <w:szCs w:val="24"/>
              </w:rPr>
              <w:t>Observations</w:t>
            </w:r>
          </w:p>
        </w:tc>
        <w:tc>
          <w:tcPr>
            <w:tcW w:w="7200" w:type="dxa"/>
          </w:tcPr>
          <w:p w:rsidR="00A65DD7" w:rsidRPr="005E0605" w:rsidRDefault="005E0605" w:rsidP="005E0605">
            <w:pPr>
              <w:spacing w:after="0"/>
              <w:rPr>
                <w:rFonts w:cs="Times New Roman"/>
                <w:sz w:val="24"/>
                <w:szCs w:val="24"/>
              </w:rPr>
            </w:pPr>
            <w:r w:rsidRPr="005E0605">
              <w:rPr>
                <w:rFonts w:cs="Times New Roman"/>
                <w:b/>
                <w:sz w:val="24"/>
                <w:szCs w:val="24"/>
              </w:rPr>
              <w:t>Instructions / Follow-up Required</w:t>
            </w:r>
          </w:p>
        </w:tc>
      </w:tr>
      <w:tr w:rsidR="00A65DD7" w:rsidRPr="005E0605" w:rsidTr="001F50FF">
        <w:trPr>
          <w:trHeight w:val="454"/>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454"/>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2</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454"/>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3</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454"/>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4</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454"/>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5</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454"/>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6</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454"/>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7</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454"/>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8</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454"/>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9</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454"/>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10</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bl>
    <w:p w:rsidR="00A65DD7" w:rsidRPr="005E0605" w:rsidRDefault="005E0605" w:rsidP="005E0605">
      <w:pPr>
        <w:spacing w:after="0"/>
        <w:rPr>
          <w:rFonts w:cs="Times New Roman"/>
          <w:sz w:val="24"/>
          <w:szCs w:val="24"/>
        </w:rPr>
      </w:pPr>
      <w:r w:rsidRPr="005E0605">
        <w:rPr>
          <w:rFonts w:cs="Times New Roman"/>
          <w:b/>
          <w:sz w:val="24"/>
          <w:szCs w:val="24"/>
        </w:rPr>
        <w:t xml:space="preserve">Signature of the </w:t>
      </w:r>
      <w:proofErr w:type="spellStart"/>
      <w:r w:rsidRPr="005E0605">
        <w:rPr>
          <w:rFonts w:cs="Times New Roman"/>
          <w:b/>
          <w:sz w:val="24"/>
          <w:szCs w:val="24"/>
        </w:rPr>
        <w:t>HoD</w:t>
      </w:r>
      <w:proofErr w:type="spellEnd"/>
      <w:r w:rsidRPr="005E0605">
        <w:rPr>
          <w:rFonts w:cs="Times New Roman"/>
          <w:b/>
          <w:sz w:val="24"/>
          <w:szCs w:val="24"/>
        </w:rPr>
        <w:t xml:space="preserve">/Departmental </w:t>
      </w:r>
      <w:proofErr w:type="gramStart"/>
      <w:r w:rsidRPr="005E0605">
        <w:rPr>
          <w:rFonts w:cs="Times New Roman"/>
          <w:b/>
          <w:sz w:val="24"/>
          <w:szCs w:val="24"/>
        </w:rPr>
        <w:t>Coordinator</w:t>
      </w:r>
      <w:r w:rsidR="001F50FF">
        <w:rPr>
          <w:rFonts w:cs="Times New Roman"/>
          <w:b/>
          <w:sz w:val="24"/>
          <w:szCs w:val="24"/>
        </w:rPr>
        <w:t xml:space="preserve"> </w:t>
      </w:r>
      <w:r w:rsidRPr="005E0605">
        <w:rPr>
          <w:rFonts w:cs="Times New Roman"/>
          <w:b/>
          <w:sz w:val="24"/>
          <w:szCs w:val="24"/>
        </w:rPr>
        <w:t>:</w:t>
      </w:r>
      <w:proofErr w:type="gramEnd"/>
      <w:r w:rsidRPr="005E0605">
        <w:rPr>
          <w:rFonts w:cs="Times New Roman"/>
          <w:b/>
          <w:sz w:val="24"/>
          <w:szCs w:val="24"/>
        </w:rPr>
        <w:t xml:space="preserve"> ____________________   Date</w:t>
      </w:r>
      <w:r w:rsidR="001F50FF">
        <w:rPr>
          <w:rFonts w:cs="Times New Roman"/>
          <w:b/>
          <w:sz w:val="24"/>
          <w:szCs w:val="24"/>
        </w:rPr>
        <w:t xml:space="preserve"> </w:t>
      </w:r>
      <w:r w:rsidRPr="005E0605">
        <w:rPr>
          <w:rFonts w:cs="Times New Roman"/>
          <w:b/>
          <w:sz w:val="24"/>
          <w:szCs w:val="24"/>
        </w:rPr>
        <w:t>: __________</w:t>
      </w:r>
    </w:p>
    <w:p w:rsidR="00A65DD7" w:rsidRPr="005E0605" w:rsidRDefault="005E0605" w:rsidP="005E0605">
      <w:pPr>
        <w:spacing w:after="0"/>
        <w:rPr>
          <w:rFonts w:cs="Times New Roman"/>
          <w:sz w:val="24"/>
          <w:szCs w:val="24"/>
        </w:rPr>
      </w:pPr>
      <w:r w:rsidRPr="005E0605">
        <w:rPr>
          <w:rFonts w:cs="Times New Roman"/>
          <w:sz w:val="24"/>
          <w:szCs w:val="24"/>
        </w:rPr>
        <w:t xml:space="preserve">Name and </w:t>
      </w:r>
      <w:proofErr w:type="gramStart"/>
      <w:r w:rsidRPr="005E0605">
        <w:rPr>
          <w:rFonts w:cs="Times New Roman"/>
          <w:sz w:val="24"/>
          <w:szCs w:val="24"/>
        </w:rPr>
        <w:t>Designation</w:t>
      </w:r>
      <w:r w:rsidR="001F50FF">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______________________________   Departmental Seal</w:t>
      </w:r>
      <w:r w:rsidR="001F50FF">
        <w:rPr>
          <w:rFonts w:cs="Times New Roman"/>
          <w:sz w:val="24"/>
          <w:szCs w:val="24"/>
        </w:rPr>
        <w:t xml:space="preserve"> </w:t>
      </w:r>
      <w:r w:rsidRPr="005E0605">
        <w:rPr>
          <w:rFonts w:cs="Times New Roman"/>
          <w:sz w:val="24"/>
          <w:szCs w:val="24"/>
        </w:rPr>
        <w:t>: ____________________</w:t>
      </w:r>
    </w:p>
    <w:p w:rsidR="00A65DD7" w:rsidRPr="005E0605" w:rsidRDefault="005E0605" w:rsidP="005E0605">
      <w:pPr>
        <w:spacing w:after="0"/>
        <w:rPr>
          <w:rFonts w:cs="Times New Roman"/>
          <w:sz w:val="24"/>
          <w:szCs w:val="24"/>
        </w:rPr>
      </w:pPr>
      <w:r w:rsidRPr="005E0605">
        <w:rPr>
          <w:rFonts w:cs="Times New Roman"/>
          <w:sz w:val="24"/>
          <w:szCs w:val="24"/>
        </w:rPr>
        <w:br w:type="page"/>
      </w:r>
    </w:p>
    <w:p w:rsidR="00A65DD7" w:rsidRPr="005E0605" w:rsidRDefault="005E0605" w:rsidP="005E0605">
      <w:pPr>
        <w:spacing w:after="0"/>
        <w:rPr>
          <w:rFonts w:cs="Times New Roman"/>
          <w:sz w:val="24"/>
          <w:szCs w:val="24"/>
        </w:rPr>
      </w:pPr>
      <w:r w:rsidRPr="005E0605">
        <w:rPr>
          <w:rFonts w:cs="Times New Roman"/>
          <w:b/>
          <w:sz w:val="24"/>
          <w:szCs w:val="24"/>
        </w:rPr>
        <w:lastRenderedPageBreak/>
        <w:t>AUNIATI UNIVERSITY | COURSE-WISE AND PAPER-WISE SYLLABUS PROGRESS REPORT</w:t>
      </w:r>
    </w:p>
    <w:p w:rsidR="00A65DD7" w:rsidRPr="005E0605" w:rsidRDefault="005E0605" w:rsidP="005E0605">
      <w:pPr>
        <w:spacing w:after="0"/>
        <w:rPr>
          <w:rFonts w:cs="Times New Roman"/>
          <w:sz w:val="24"/>
          <w:szCs w:val="24"/>
        </w:rPr>
      </w:pPr>
      <w:proofErr w:type="gramStart"/>
      <w:r w:rsidRPr="005E0605">
        <w:rPr>
          <w:rFonts w:cs="Times New Roman"/>
          <w:sz w:val="24"/>
          <w:szCs w:val="24"/>
        </w:rPr>
        <w:t>Faculty</w:t>
      </w:r>
      <w:r w:rsidR="001F50FF">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   Department</w:t>
      </w:r>
      <w:r w:rsidR="001F50FF">
        <w:rPr>
          <w:rFonts w:cs="Times New Roman"/>
          <w:sz w:val="24"/>
          <w:szCs w:val="24"/>
        </w:rPr>
        <w:t xml:space="preserve"> </w:t>
      </w:r>
      <w:r w:rsidRPr="005E0605">
        <w:rPr>
          <w:rFonts w:cs="Times New Roman"/>
          <w:sz w:val="24"/>
          <w:szCs w:val="24"/>
        </w:rPr>
        <w:t>: ____________________   Course/Paper Code</w:t>
      </w:r>
      <w:r w:rsidR="001F50FF">
        <w:rPr>
          <w:rFonts w:cs="Times New Roman"/>
          <w:sz w:val="24"/>
          <w:szCs w:val="24"/>
        </w:rPr>
        <w:t xml:space="preserve"> </w:t>
      </w:r>
      <w:r w:rsidRPr="005E0605">
        <w:rPr>
          <w:rFonts w:cs="Times New Roman"/>
          <w:sz w:val="24"/>
          <w:szCs w:val="24"/>
        </w:rPr>
        <w:t>: ______________</w:t>
      </w:r>
    </w:p>
    <w:p w:rsidR="00A65DD7" w:rsidRPr="005E0605" w:rsidRDefault="005E0605" w:rsidP="005E0605">
      <w:pPr>
        <w:spacing w:after="0"/>
        <w:rPr>
          <w:rFonts w:cs="Times New Roman"/>
          <w:sz w:val="24"/>
          <w:szCs w:val="24"/>
        </w:rPr>
      </w:pPr>
      <w:proofErr w:type="gramStart"/>
      <w:r w:rsidRPr="005E0605">
        <w:rPr>
          <w:rFonts w:cs="Times New Roman"/>
          <w:sz w:val="24"/>
          <w:szCs w:val="24"/>
        </w:rPr>
        <w:t>Session</w:t>
      </w:r>
      <w:r w:rsidR="001F50FF">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2026–2027 | Semester</w:t>
      </w:r>
      <w:r w:rsidR="001F50FF">
        <w:rPr>
          <w:rFonts w:cs="Times New Roman"/>
          <w:sz w:val="24"/>
          <w:szCs w:val="24"/>
        </w:rPr>
        <w:t xml:space="preserve"> : July-</w:t>
      </w:r>
      <w:r w:rsidRPr="005E0605">
        <w:rPr>
          <w:rFonts w:cs="Times New Roman"/>
          <w:sz w:val="24"/>
          <w:szCs w:val="24"/>
        </w:rPr>
        <w:t>December 2026 | Progress up to</w:t>
      </w:r>
      <w:r w:rsidR="001F50FF">
        <w:rPr>
          <w:rFonts w:cs="Times New Roman"/>
          <w:sz w:val="24"/>
          <w:szCs w:val="24"/>
        </w:rPr>
        <w:t xml:space="preserve"> </w:t>
      </w:r>
      <w:r w:rsidRPr="005E0605">
        <w:rPr>
          <w:rFonts w:cs="Times New Roman"/>
          <w:sz w:val="24"/>
          <w:szCs w:val="24"/>
        </w:rPr>
        <w:t>: 30</w:t>
      </w:r>
      <w:r w:rsidR="001F50FF" w:rsidRPr="001F50FF">
        <w:rPr>
          <w:rFonts w:cs="Times New Roman"/>
          <w:sz w:val="24"/>
          <w:szCs w:val="24"/>
          <w:vertAlign w:val="superscript"/>
        </w:rPr>
        <w:t>th</w:t>
      </w:r>
      <w:r w:rsidR="001F50FF">
        <w:rPr>
          <w:rFonts w:cs="Times New Roman"/>
          <w:sz w:val="24"/>
          <w:szCs w:val="24"/>
        </w:rPr>
        <w:t xml:space="preserve"> </w:t>
      </w:r>
      <w:r w:rsidRPr="005E0605">
        <w:rPr>
          <w:rFonts w:cs="Times New Roman"/>
          <w:sz w:val="24"/>
          <w:szCs w:val="24"/>
        </w:rPr>
        <w:t>September 2026</w:t>
      </w:r>
    </w:p>
    <w:p w:rsidR="00A65DD7" w:rsidRPr="005E0605" w:rsidRDefault="005E0605" w:rsidP="005E0605">
      <w:pPr>
        <w:pStyle w:val="Heading1"/>
        <w:spacing w:before="0"/>
        <w:rPr>
          <w:rFonts w:ascii="Times New Roman" w:hAnsi="Times New Roman" w:cs="Times New Roman"/>
          <w:szCs w:val="24"/>
        </w:rPr>
      </w:pPr>
      <w:r w:rsidRPr="005E0605">
        <w:rPr>
          <w:rFonts w:ascii="Times New Roman" w:hAnsi="Times New Roman" w:cs="Times New Roman"/>
          <w:szCs w:val="24"/>
        </w:rPr>
        <w:t>14. FOR OFFICE USE</w:t>
      </w:r>
    </w:p>
    <w:p w:rsidR="00A65DD7" w:rsidRPr="005E0605" w:rsidRDefault="005E0605" w:rsidP="005E0605">
      <w:pPr>
        <w:spacing w:after="0"/>
        <w:rPr>
          <w:rFonts w:cs="Times New Roman"/>
          <w:sz w:val="24"/>
          <w:szCs w:val="24"/>
        </w:rPr>
      </w:pPr>
      <w:r w:rsidRPr="005E0605">
        <w:rPr>
          <w:rFonts w:cs="Times New Roman"/>
          <w:sz w:val="24"/>
          <w:szCs w:val="24"/>
        </w:rPr>
        <w:t xml:space="preserve">Date of </w:t>
      </w:r>
      <w:proofErr w:type="gramStart"/>
      <w:r w:rsidRPr="005E0605">
        <w:rPr>
          <w:rFonts w:cs="Times New Roman"/>
          <w:sz w:val="24"/>
          <w:szCs w:val="24"/>
        </w:rPr>
        <w:t>Receipt</w:t>
      </w:r>
      <w:r w:rsidR="001F50FF">
        <w:rPr>
          <w:rFonts w:cs="Times New Roman"/>
          <w:sz w:val="24"/>
          <w:szCs w:val="24"/>
        </w:rPr>
        <w:t xml:space="preserve"> </w:t>
      </w:r>
      <w:r w:rsidRPr="005E0605">
        <w:rPr>
          <w:rFonts w:cs="Times New Roman"/>
          <w:sz w:val="24"/>
          <w:szCs w:val="24"/>
        </w:rPr>
        <w:t>:</w:t>
      </w:r>
      <w:proofErr w:type="gramEnd"/>
      <w:r w:rsidRPr="005E0605">
        <w:rPr>
          <w:rFonts w:cs="Times New Roman"/>
          <w:sz w:val="24"/>
          <w:szCs w:val="24"/>
        </w:rPr>
        <w:t xml:space="preserve"> ____________________   Receipt/Reference No., if allotted</w:t>
      </w:r>
      <w:r w:rsidR="001F50FF">
        <w:rPr>
          <w:rFonts w:cs="Times New Roman"/>
          <w:sz w:val="24"/>
          <w:szCs w:val="24"/>
        </w:rPr>
        <w:t xml:space="preserve"> </w:t>
      </w:r>
      <w:r w:rsidRPr="005E0605">
        <w:rPr>
          <w:rFonts w:cs="Times New Roman"/>
          <w:sz w:val="24"/>
          <w:szCs w:val="24"/>
        </w:rPr>
        <w:t>: ____________________</w:t>
      </w:r>
    </w:p>
    <w:tbl>
      <w:tblPr>
        <w:tblStyle w:val="TableGrid"/>
        <w:tblW w:w="0" w:type="auto"/>
        <w:tblLayout w:type="fixed"/>
        <w:tblLook w:val="04A0" w:firstRow="1" w:lastRow="0" w:firstColumn="1" w:lastColumn="0" w:noHBand="0" w:noVBand="1"/>
      </w:tblPr>
      <w:tblGrid>
        <w:gridCol w:w="794"/>
        <w:gridCol w:w="7257"/>
        <w:gridCol w:w="7200"/>
      </w:tblGrid>
      <w:tr w:rsidR="00A65DD7" w:rsidRPr="005E0605" w:rsidTr="001F50FF">
        <w:tc>
          <w:tcPr>
            <w:tcW w:w="794" w:type="dxa"/>
          </w:tcPr>
          <w:p w:rsidR="00A65DD7" w:rsidRPr="005E0605" w:rsidRDefault="005E0605" w:rsidP="005E0605">
            <w:pPr>
              <w:spacing w:after="0"/>
              <w:rPr>
                <w:rFonts w:cs="Times New Roman"/>
                <w:sz w:val="24"/>
                <w:szCs w:val="24"/>
              </w:rPr>
            </w:pPr>
            <w:r w:rsidRPr="005E0605">
              <w:rPr>
                <w:rFonts w:cs="Times New Roman"/>
                <w:b/>
                <w:sz w:val="24"/>
                <w:szCs w:val="24"/>
              </w:rPr>
              <w:t>Sl. No.</w:t>
            </w:r>
          </w:p>
        </w:tc>
        <w:tc>
          <w:tcPr>
            <w:tcW w:w="7257" w:type="dxa"/>
          </w:tcPr>
          <w:p w:rsidR="00A65DD7" w:rsidRPr="005E0605" w:rsidRDefault="005E0605" w:rsidP="005E0605">
            <w:pPr>
              <w:spacing w:after="0"/>
              <w:rPr>
                <w:rFonts w:cs="Times New Roman"/>
                <w:sz w:val="24"/>
                <w:szCs w:val="24"/>
              </w:rPr>
            </w:pPr>
            <w:r w:rsidRPr="005E0605">
              <w:rPr>
                <w:rFonts w:cs="Times New Roman"/>
                <w:b/>
                <w:sz w:val="24"/>
                <w:szCs w:val="24"/>
              </w:rPr>
              <w:t>Remarks</w:t>
            </w:r>
          </w:p>
        </w:tc>
        <w:tc>
          <w:tcPr>
            <w:tcW w:w="7200" w:type="dxa"/>
          </w:tcPr>
          <w:p w:rsidR="00A65DD7" w:rsidRPr="005E0605" w:rsidRDefault="005E0605" w:rsidP="005E0605">
            <w:pPr>
              <w:spacing w:after="0"/>
              <w:rPr>
                <w:rFonts w:cs="Times New Roman"/>
                <w:sz w:val="24"/>
                <w:szCs w:val="24"/>
              </w:rPr>
            </w:pPr>
            <w:r w:rsidRPr="005E0605">
              <w:rPr>
                <w:rFonts w:cs="Times New Roman"/>
                <w:b/>
                <w:sz w:val="24"/>
                <w:szCs w:val="24"/>
              </w:rPr>
              <w:t>Action Required</w:t>
            </w:r>
          </w:p>
        </w:tc>
      </w:tr>
      <w:tr w:rsidR="00A65DD7" w:rsidRPr="005E0605" w:rsidTr="001F50FF">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2</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3</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4</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5</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6</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7</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8</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9</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r w:rsidR="00A65DD7" w:rsidRPr="005E0605" w:rsidTr="001F50FF">
        <w:trPr>
          <w:trHeight w:val="567"/>
        </w:trPr>
        <w:tc>
          <w:tcPr>
            <w:tcW w:w="794" w:type="dxa"/>
          </w:tcPr>
          <w:p w:rsidR="00A65DD7" w:rsidRPr="005E0605" w:rsidRDefault="005E0605" w:rsidP="005E0605">
            <w:pPr>
              <w:spacing w:after="0"/>
              <w:rPr>
                <w:rFonts w:cs="Times New Roman"/>
                <w:sz w:val="24"/>
                <w:szCs w:val="24"/>
              </w:rPr>
            </w:pPr>
            <w:r w:rsidRPr="005E0605">
              <w:rPr>
                <w:rFonts w:cs="Times New Roman"/>
                <w:sz w:val="24"/>
                <w:szCs w:val="24"/>
              </w:rPr>
              <w:t>10</w:t>
            </w:r>
          </w:p>
        </w:tc>
        <w:tc>
          <w:tcPr>
            <w:tcW w:w="7257" w:type="dxa"/>
          </w:tcPr>
          <w:p w:rsidR="00A65DD7" w:rsidRPr="005E0605" w:rsidRDefault="00A65DD7" w:rsidP="005E0605">
            <w:pPr>
              <w:spacing w:after="0"/>
              <w:rPr>
                <w:rFonts w:cs="Times New Roman"/>
                <w:sz w:val="24"/>
                <w:szCs w:val="24"/>
              </w:rPr>
            </w:pPr>
          </w:p>
        </w:tc>
        <w:tc>
          <w:tcPr>
            <w:tcW w:w="7200" w:type="dxa"/>
          </w:tcPr>
          <w:p w:rsidR="00A65DD7" w:rsidRPr="005E0605" w:rsidRDefault="00A65DD7" w:rsidP="005E0605">
            <w:pPr>
              <w:spacing w:after="0"/>
              <w:rPr>
                <w:rFonts w:cs="Times New Roman"/>
                <w:sz w:val="24"/>
                <w:szCs w:val="24"/>
              </w:rPr>
            </w:pPr>
          </w:p>
        </w:tc>
      </w:tr>
    </w:tbl>
    <w:p w:rsidR="00A65DD7" w:rsidRPr="005E0605" w:rsidRDefault="005E0605" w:rsidP="005E0605">
      <w:pPr>
        <w:spacing w:after="0"/>
        <w:rPr>
          <w:rFonts w:cs="Times New Roman"/>
          <w:sz w:val="24"/>
          <w:szCs w:val="24"/>
        </w:rPr>
      </w:pPr>
      <w:r w:rsidRPr="005E0605">
        <w:rPr>
          <w:rFonts w:cs="Times New Roman"/>
          <w:b/>
          <w:sz w:val="24"/>
          <w:szCs w:val="24"/>
        </w:rPr>
        <w:t xml:space="preserve">Signature of the Receiving </w:t>
      </w:r>
      <w:proofErr w:type="gramStart"/>
      <w:r w:rsidRPr="005E0605">
        <w:rPr>
          <w:rFonts w:cs="Times New Roman"/>
          <w:b/>
          <w:sz w:val="24"/>
          <w:szCs w:val="24"/>
        </w:rPr>
        <w:t>Official</w:t>
      </w:r>
      <w:r w:rsidR="001F50FF">
        <w:rPr>
          <w:rFonts w:cs="Times New Roman"/>
          <w:b/>
          <w:sz w:val="24"/>
          <w:szCs w:val="24"/>
        </w:rPr>
        <w:t xml:space="preserve"> </w:t>
      </w:r>
      <w:bookmarkStart w:id="0" w:name="_GoBack"/>
      <w:bookmarkEnd w:id="0"/>
      <w:r w:rsidRPr="005E0605">
        <w:rPr>
          <w:rFonts w:cs="Times New Roman"/>
          <w:b/>
          <w:sz w:val="24"/>
          <w:szCs w:val="24"/>
        </w:rPr>
        <w:t>:</w:t>
      </w:r>
      <w:proofErr w:type="gramEnd"/>
      <w:r w:rsidRPr="005E0605">
        <w:rPr>
          <w:rFonts w:cs="Times New Roman"/>
          <w:b/>
          <w:sz w:val="24"/>
          <w:szCs w:val="24"/>
        </w:rPr>
        <w:t xml:space="preserve"> ____________________</w:t>
      </w:r>
    </w:p>
    <w:sectPr w:rsidR="00A65DD7" w:rsidRPr="005E0605" w:rsidSect="005820D0">
      <w:footerReference w:type="default" r:id="rId9"/>
      <w:pgSz w:w="16838" w:h="11906" w:orient="landscape"/>
      <w:pgMar w:top="680" w:right="794" w:bottom="680" w:left="794" w:header="340" w:footer="3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625" w:rsidRDefault="00912625">
      <w:pPr>
        <w:spacing w:after="0"/>
      </w:pPr>
      <w:r>
        <w:separator/>
      </w:r>
    </w:p>
  </w:endnote>
  <w:endnote w:type="continuationSeparator" w:id="0">
    <w:p w:rsidR="00912625" w:rsidRDefault="009126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605" w:rsidRDefault="005E0605">
    <w:pPr>
      <w:pStyle w:val="Footer"/>
      <w:jc w:val="right"/>
    </w:pPr>
    <w:r>
      <w:t xml:space="preserve">Page </w:t>
    </w:r>
    <w:r>
      <w:fldChar w:fldCharType="begin"/>
    </w:r>
    <w:r>
      <w:instrText>PAGE</w:instrText>
    </w:r>
    <w:r>
      <w:fldChar w:fldCharType="separate"/>
    </w:r>
    <w:r w:rsidR="005820D0">
      <w:rPr>
        <w:noProof/>
      </w:rPr>
      <w:t>14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625" w:rsidRDefault="00912625">
      <w:pPr>
        <w:spacing w:after="0"/>
      </w:pPr>
      <w:r>
        <w:separator/>
      </w:r>
    </w:p>
  </w:footnote>
  <w:footnote w:type="continuationSeparator" w:id="0">
    <w:p w:rsidR="00912625" w:rsidRDefault="0091262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F50FF"/>
    <w:rsid w:val="0029639D"/>
    <w:rsid w:val="00326F90"/>
    <w:rsid w:val="005820D0"/>
    <w:rsid w:val="005E0605"/>
    <w:rsid w:val="00912625"/>
    <w:rsid w:val="009A54A4"/>
    <w:rsid w:val="00A65DD7"/>
    <w:rsid w:val="00AA1D8D"/>
    <w:rsid w:val="00B47730"/>
    <w:rsid w:val="00BA689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5820D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0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5820D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0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B264F-31D5-49CA-90DE-EEAF86169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14</Pages>
  <Words>1636</Words>
  <Characters>9330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HP</cp:lastModifiedBy>
  <cp:revision>4</cp:revision>
  <cp:lastPrinted>2026-10-14T13:55:00Z</cp:lastPrinted>
  <dcterms:created xsi:type="dcterms:W3CDTF">2026-10-14T12:34:00Z</dcterms:created>
  <dcterms:modified xsi:type="dcterms:W3CDTF">2026-10-14T13:56:00Z</dcterms:modified>
</cp:coreProperties>
</file>